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F60" w:rsidRPr="008A24D7" w:rsidRDefault="009C30AC">
      <w:pPr>
        <w:jc w:val="center"/>
        <w:rPr>
          <w:sz w:val="28"/>
          <w:szCs w:val="20"/>
        </w:rPr>
      </w:pPr>
      <w:r w:rsidRPr="008A24D7">
        <w:rPr>
          <w:b/>
          <w:sz w:val="28"/>
          <w:szCs w:val="20"/>
        </w:rPr>
        <w:t xml:space="preserve">PREFEITURA </w:t>
      </w:r>
      <w:r w:rsidR="00C82946" w:rsidRPr="008A24D7">
        <w:rPr>
          <w:b/>
          <w:sz w:val="28"/>
          <w:szCs w:val="20"/>
        </w:rPr>
        <w:t>MUNICIPAL DE PAULO FRONTIN – PR</w:t>
      </w:r>
    </w:p>
    <w:p w:rsidR="004F2480" w:rsidRPr="00446507" w:rsidRDefault="00C82946" w:rsidP="00446507">
      <w:pPr>
        <w:jc w:val="center"/>
        <w:rPr>
          <w:sz w:val="20"/>
          <w:szCs w:val="20"/>
        </w:rPr>
      </w:pPr>
      <w:r w:rsidRPr="00C82946">
        <w:rPr>
          <w:sz w:val="20"/>
          <w:szCs w:val="20"/>
        </w:rPr>
        <w:t>SECRETARIA DE ADMINISTRAÇÃO, PLANEJAMENTO E DESENVOLVIMENTO INTEGRADO</w:t>
      </w:r>
      <w:r w:rsidR="004F2480">
        <w:rPr>
          <w:b/>
        </w:rPr>
        <w:br/>
        <w:t>REQUERIMENTO DE CONSULTA PRÉVIA PARA CONSTRUÇÃO (GUIA AMARELA)</w:t>
      </w:r>
    </w:p>
    <w:p w:rsidR="00751F60" w:rsidRPr="00067F09" w:rsidRDefault="009C30AC" w:rsidP="00067F09">
      <w:pPr>
        <w:spacing w:line="240" w:lineRule="auto"/>
        <w:rPr>
          <w:b/>
          <w:sz w:val="20"/>
          <w:szCs w:val="20"/>
        </w:rPr>
      </w:pPr>
      <w:r w:rsidRPr="00C82946">
        <w:rPr>
          <w:b/>
          <w:sz w:val="20"/>
          <w:szCs w:val="20"/>
        </w:rPr>
        <w:br/>
      </w:r>
      <w:r w:rsidRPr="00F04F41">
        <w:rPr>
          <w:b/>
          <w:color w:val="336600"/>
          <w:sz w:val="20"/>
          <w:szCs w:val="20"/>
        </w:rPr>
        <w:t>1. DADOS DO REQUERENTE</w:t>
      </w:r>
    </w:p>
    <w:p w:rsidR="00C82946" w:rsidRPr="00C82946" w:rsidRDefault="00C82946" w:rsidP="00067F09">
      <w:pPr>
        <w:spacing w:line="240" w:lineRule="auto"/>
        <w:rPr>
          <w:sz w:val="20"/>
          <w:szCs w:val="20"/>
        </w:rPr>
        <w:sectPr w:rsidR="00C82946" w:rsidRPr="00C82946" w:rsidSect="005F6D61">
          <w:pgSz w:w="12240" w:h="15840"/>
          <w:pgMar w:top="473" w:right="1800" w:bottom="1440" w:left="1800" w:header="720" w:footer="720" w:gutter="0"/>
          <w:cols w:space="720"/>
          <w:docGrid w:linePitch="360"/>
        </w:sectPr>
      </w:pP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3160"/>
        <w:gridCol w:w="2203"/>
        <w:gridCol w:w="2795"/>
      </w:tblGrid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Nome Completo:</w:t>
            </w:r>
          </w:p>
        </w:tc>
        <w:sdt>
          <w:sdtPr>
            <w:rPr>
              <w:sz w:val="20"/>
              <w:szCs w:val="20"/>
            </w:rPr>
            <w:id w:val="615411034"/>
            <w:placeholder>
              <w:docPart w:val="DefaultPlaceholder_1081868574"/>
            </w:placeholder>
            <w:showingPlcHdr/>
            <w:text/>
          </w:sdtPr>
          <w:sdtContent>
            <w:tc>
              <w:tcPr>
                <w:tcW w:w="3160" w:type="dxa"/>
              </w:tcPr>
              <w:p w:rsidR="00250011" w:rsidRDefault="00446507" w:rsidP="004F2480">
                <w:pPr>
                  <w:rPr>
                    <w:sz w:val="20"/>
                    <w:szCs w:val="20"/>
                  </w:rPr>
                </w:pPr>
                <w:r w:rsidRPr="001C2E72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Endereço Completo: </w:t>
            </w:r>
          </w:p>
        </w:tc>
        <w:sdt>
          <w:sdtPr>
            <w:rPr>
              <w:sz w:val="18"/>
              <w:szCs w:val="20"/>
            </w:rPr>
            <w:id w:val="-2079971131"/>
            <w:placeholder>
              <w:docPart w:val="8CCBF62B1A824EE1B7C8DEEC6655CEB1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33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CPF/CNPJ: </w:t>
            </w:r>
          </w:p>
        </w:tc>
        <w:sdt>
          <w:sdtPr>
            <w:rPr>
              <w:sz w:val="18"/>
              <w:szCs w:val="20"/>
            </w:rPr>
            <w:id w:val="1655484828"/>
            <w:placeholder>
              <w:docPart w:val="8E93AB107B4E432A9C8C0A32874B72B5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Pr="002624E1" w:rsidRDefault="002624E1" w:rsidP="002624E1">
                <w:pPr>
                  <w:rPr>
                    <w:sz w:val="18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Bairro: </w:t>
            </w:r>
          </w:p>
        </w:tc>
        <w:sdt>
          <w:sdtPr>
            <w:rPr>
              <w:sz w:val="18"/>
              <w:szCs w:val="20"/>
            </w:rPr>
            <w:id w:val="-995113685"/>
            <w:placeholder>
              <w:docPart w:val="ECF41AFEB50A4C93B1B47786E17CFFBA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Telefone: </w:t>
            </w:r>
          </w:p>
        </w:tc>
        <w:sdt>
          <w:sdtPr>
            <w:rPr>
              <w:sz w:val="18"/>
              <w:szCs w:val="20"/>
            </w:rPr>
            <w:id w:val="-1260212747"/>
            <w:placeholder>
              <w:docPart w:val="DC302084459E4FEDBDF87551EE35A5EB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Default="002624E1" w:rsidP="002624E1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Cidade:</w:t>
            </w:r>
          </w:p>
        </w:tc>
        <w:sdt>
          <w:sdtPr>
            <w:rPr>
              <w:sz w:val="18"/>
              <w:szCs w:val="20"/>
            </w:rPr>
            <w:id w:val="1280223245"/>
            <w:placeholder>
              <w:docPart w:val="6A03221DCED24BD8BA3E336E2CCC53DB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E-mail:</w:t>
            </w:r>
          </w:p>
        </w:tc>
        <w:sdt>
          <w:sdtPr>
            <w:rPr>
              <w:sz w:val="18"/>
              <w:szCs w:val="20"/>
            </w:rPr>
            <w:id w:val="1859305926"/>
            <w:placeholder>
              <w:docPart w:val="D8894EBB91FD4FD783AA4112AA963EC2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CEP:</w:t>
            </w:r>
          </w:p>
        </w:tc>
        <w:sdt>
          <w:sdtPr>
            <w:rPr>
              <w:sz w:val="18"/>
              <w:szCs w:val="20"/>
            </w:rPr>
            <w:id w:val="-509520984"/>
            <w:placeholder>
              <w:docPart w:val="F7528320C0F14718BF28AC181342D213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</w:tbl>
    <w:p w:rsidR="002624E1" w:rsidRDefault="002624E1" w:rsidP="00067F09">
      <w:pPr>
        <w:spacing w:line="240" w:lineRule="auto"/>
        <w:rPr>
          <w:b/>
          <w:sz w:val="20"/>
          <w:szCs w:val="20"/>
        </w:rPr>
      </w:pPr>
    </w:p>
    <w:p w:rsidR="00C82946" w:rsidRPr="00F04F41" w:rsidRDefault="009C30AC" w:rsidP="00067F09">
      <w:pPr>
        <w:spacing w:line="240" w:lineRule="auto"/>
        <w:rPr>
          <w:color w:val="336600"/>
          <w:sz w:val="20"/>
          <w:szCs w:val="20"/>
        </w:rPr>
        <w:sectPr w:rsidR="00C82946" w:rsidRPr="00F04F4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 w:rsidRPr="00F04F41">
        <w:rPr>
          <w:b/>
          <w:color w:val="336600"/>
          <w:sz w:val="20"/>
          <w:szCs w:val="20"/>
        </w:rPr>
        <w:t>2. DADOS DO IMÓVEL / LOCAL DA OBRA</w:t>
      </w: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013"/>
        <w:gridCol w:w="2203"/>
        <w:gridCol w:w="2795"/>
      </w:tblGrid>
      <w:tr w:rsidR="002624E1" w:rsidTr="00F94854">
        <w:trPr>
          <w:trHeight w:val="312"/>
        </w:trPr>
        <w:tc>
          <w:tcPr>
            <w:tcW w:w="1980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Endereço</w:t>
            </w:r>
            <w:proofErr w:type="spellEnd"/>
            <w:r>
              <w:rPr>
                <w:b/>
                <w:sz w:val="20"/>
                <w:szCs w:val="20"/>
              </w:rPr>
              <w:t xml:space="preserve"> da </w:t>
            </w:r>
            <w:proofErr w:type="spellStart"/>
            <w:r>
              <w:rPr>
                <w:b/>
                <w:sz w:val="20"/>
                <w:szCs w:val="20"/>
              </w:rPr>
              <w:t>obra</w:t>
            </w:r>
            <w:proofErr w:type="spellEnd"/>
            <w:r>
              <w:rPr>
                <w:b/>
                <w:sz w:val="20"/>
                <w:szCs w:val="20"/>
              </w:rPr>
              <w:t>:</w:t>
            </w:r>
          </w:p>
        </w:tc>
        <w:sdt>
          <w:sdtPr>
            <w:rPr>
              <w:sz w:val="20"/>
              <w:szCs w:val="20"/>
            </w:rPr>
            <w:id w:val="38486424"/>
            <w:placeholder>
              <w:docPart w:val="FB6818D21BB741E589914092C876BA38"/>
            </w:placeholder>
            <w:showingPlcHdr/>
          </w:sdtPr>
          <w:sdtEndPr/>
          <w:sdtContent>
            <w:tc>
              <w:tcPr>
                <w:tcW w:w="3013" w:type="dxa"/>
              </w:tcPr>
              <w:p w:rsidR="002624E1" w:rsidRDefault="002624E1" w:rsidP="002624E1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624E1" w:rsidRPr="002624E1" w:rsidRDefault="005F59C8" w:rsidP="00DC7E15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Coordenadas</w:t>
            </w:r>
            <w:proofErr w:type="spellEnd"/>
            <w:r>
              <w:rPr>
                <w:b/>
                <w:sz w:val="20"/>
                <w:szCs w:val="20"/>
              </w:rPr>
              <w:t>:</w:t>
            </w:r>
          </w:p>
        </w:tc>
        <w:sdt>
          <w:sdtPr>
            <w:rPr>
              <w:sz w:val="18"/>
              <w:szCs w:val="20"/>
            </w:rPr>
            <w:id w:val="-1240708003"/>
            <w:placeholder>
              <w:docPart w:val="6438C02DCBEE497498763C677E080EC9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624E1" w:rsidRDefault="002624E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624E1" w:rsidTr="00F94854">
        <w:trPr>
          <w:trHeight w:val="333"/>
        </w:trPr>
        <w:tc>
          <w:tcPr>
            <w:tcW w:w="1980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Bairro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:</w:t>
            </w:r>
          </w:p>
        </w:tc>
        <w:sdt>
          <w:sdtPr>
            <w:rPr>
              <w:szCs w:val="20"/>
            </w:rPr>
            <w:id w:val="-265536252"/>
            <w:placeholder>
              <w:docPart w:val="DefaultPlaceholder_1081868575"/>
            </w:placeholder>
            <w:comboBox>
              <w:listItem w:value="Escolher um item."/>
              <w:listItem w:displayText="Centro" w:value="Centro"/>
              <w:listItem w:displayText="Alto Paraiso" w:value="Alto Paraiso"/>
              <w:listItem w:displayText="São Francisco de Assis" w:value="São Francisco de Assis"/>
              <w:listItem w:displayText="Barreiros" w:value="Barreiros"/>
              <w:listItem w:displayText="Tancredo Neves" w:value="Tancredo Neves"/>
              <w:listItem w:displayText="Palmital" w:value="Palmital"/>
            </w:comboBox>
          </w:sdtPr>
          <w:sdtEndPr/>
          <w:sdtContent>
            <w:tc>
              <w:tcPr>
                <w:tcW w:w="3013" w:type="dxa"/>
              </w:tcPr>
              <w:p w:rsidR="002624E1" w:rsidRPr="002624E1" w:rsidRDefault="002624E1" w:rsidP="002624E1">
                <w:pPr>
                  <w:rPr>
                    <w:sz w:val="18"/>
                    <w:szCs w:val="20"/>
                  </w:rPr>
                </w:pPr>
                <w:r>
                  <w:rPr>
                    <w:szCs w:val="20"/>
                  </w:rPr>
                  <w:t>Centro</w:t>
                </w:r>
              </w:p>
            </w:tc>
          </w:sdtContent>
        </w:sdt>
        <w:tc>
          <w:tcPr>
            <w:tcW w:w="2203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Matrícula do Imóvel: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</w:p>
        </w:tc>
        <w:sdt>
          <w:sdtPr>
            <w:rPr>
              <w:sz w:val="18"/>
              <w:szCs w:val="20"/>
            </w:rPr>
            <w:id w:val="-1517147341"/>
            <w:placeholder>
              <w:docPart w:val="EA969B3931D843F29254C19601A440CD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624E1" w:rsidRDefault="002624E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</w:tbl>
    <w:p w:rsidR="007D1171" w:rsidRDefault="007D1171" w:rsidP="00067F09">
      <w:pPr>
        <w:spacing w:line="240" w:lineRule="auto"/>
        <w:rPr>
          <w:b/>
          <w:sz w:val="20"/>
          <w:szCs w:val="20"/>
        </w:rPr>
        <w:sectPr w:rsidR="007D1171" w:rsidSect="007D1171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5F6D61" w:rsidRPr="00F04F41" w:rsidRDefault="005F6D61" w:rsidP="005F6D61">
      <w:pPr>
        <w:spacing w:line="240" w:lineRule="auto"/>
        <w:rPr>
          <w:color w:val="336600"/>
          <w:sz w:val="20"/>
          <w:szCs w:val="20"/>
        </w:rPr>
        <w:sectPr w:rsidR="005F6D61" w:rsidRPr="00F04F4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751F60" w:rsidRPr="00F04F41" w:rsidRDefault="005F59C8" w:rsidP="00067F09">
      <w:pPr>
        <w:spacing w:line="240" w:lineRule="auto"/>
        <w:rPr>
          <w:color w:val="336600"/>
          <w:sz w:val="20"/>
          <w:szCs w:val="20"/>
        </w:rPr>
      </w:pPr>
      <w:r>
        <w:rPr>
          <w:b/>
          <w:color w:val="336600"/>
          <w:sz w:val="20"/>
          <w:szCs w:val="20"/>
        </w:rPr>
        <w:t>3</w:t>
      </w:r>
      <w:r w:rsidR="009C30AC" w:rsidRPr="00F04F41">
        <w:rPr>
          <w:b/>
          <w:color w:val="336600"/>
          <w:sz w:val="20"/>
          <w:szCs w:val="20"/>
        </w:rPr>
        <w:t xml:space="preserve">. </w:t>
      </w:r>
      <w:r>
        <w:rPr>
          <w:b/>
          <w:color w:val="336600"/>
          <w:sz w:val="20"/>
          <w:szCs w:val="20"/>
        </w:rPr>
        <w:t>OBJETIVO DO PEDIDO</w:t>
      </w:r>
    </w:p>
    <w:tbl>
      <w:tblPr>
        <w:tblStyle w:val="Tabelacomgrade"/>
        <w:tblpPr w:leftFromText="141" w:rightFromText="141" w:vertAnchor="text" w:horzAnchor="margin" w:tblpY="19"/>
        <w:tblW w:w="9939" w:type="dxa"/>
        <w:tblLook w:val="04A0" w:firstRow="1" w:lastRow="0" w:firstColumn="1" w:lastColumn="0" w:noHBand="0" w:noVBand="1"/>
      </w:tblPr>
      <w:tblGrid>
        <w:gridCol w:w="2845"/>
        <w:gridCol w:w="4275"/>
        <w:gridCol w:w="2819"/>
      </w:tblGrid>
      <w:tr w:rsidR="006A5F61" w:rsidTr="00446507">
        <w:trPr>
          <w:trHeight w:val="389"/>
        </w:trPr>
        <w:tc>
          <w:tcPr>
            <w:tcW w:w="2845" w:type="dxa"/>
          </w:tcPr>
          <w:p w:rsidR="006A5F61" w:rsidRPr="006A5F61" w:rsidRDefault="006A5F61" w:rsidP="00446507">
            <w:pPr>
              <w:rPr>
                <w:sz w:val="20"/>
                <w:szCs w:val="20"/>
              </w:rPr>
            </w:pPr>
            <w:proofErr w:type="spellStart"/>
            <w:r w:rsidRPr="006A5F61">
              <w:rPr>
                <w:b/>
                <w:sz w:val="20"/>
                <w:szCs w:val="20"/>
              </w:rPr>
              <w:t>Há</w:t>
            </w:r>
            <w:proofErr w:type="spellEnd"/>
            <w:r w:rsidRPr="006A5F6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A5F61">
              <w:rPr>
                <w:b/>
                <w:sz w:val="20"/>
                <w:szCs w:val="20"/>
              </w:rPr>
              <w:t>edificação</w:t>
            </w:r>
            <w:proofErr w:type="spellEnd"/>
            <w:r w:rsidRPr="006A5F6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A5F61">
              <w:rPr>
                <w:b/>
                <w:sz w:val="20"/>
                <w:szCs w:val="20"/>
              </w:rPr>
              <w:t>existente</w:t>
            </w:r>
            <w:proofErr w:type="spellEnd"/>
            <w:r w:rsidRPr="006A5F61">
              <w:rPr>
                <w:b/>
                <w:sz w:val="20"/>
                <w:szCs w:val="20"/>
              </w:rPr>
              <w:t>?</w:t>
            </w:r>
            <w:r w:rsidRPr="006A5F61">
              <w:rPr>
                <w:sz w:val="20"/>
                <w:szCs w:val="20"/>
              </w:rPr>
              <w:t xml:space="preserve"> </w:t>
            </w:r>
            <w:r w:rsidRPr="006A5F61">
              <w:rPr>
                <w:sz w:val="20"/>
                <w:szCs w:val="20"/>
              </w:rPr>
              <w:br/>
            </w:r>
            <w:sdt>
              <w:sdtPr>
                <w:rPr>
                  <w:sz w:val="20"/>
                  <w:szCs w:val="20"/>
                </w:rPr>
                <w:id w:val="327023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4650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6A5F61">
              <w:rPr>
                <w:sz w:val="20"/>
                <w:szCs w:val="20"/>
              </w:rPr>
              <w:t xml:space="preserve"> Sim</w:t>
            </w:r>
            <w:r>
              <w:rPr>
                <w:sz w:val="20"/>
                <w:szCs w:val="20"/>
              </w:rPr>
              <w:t xml:space="preserve">     </w:t>
            </w:r>
            <w:sdt>
              <w:sdtPr>
                <w:rPr>
                  <w:sz w:val="20"/>
                  <w:szCs w:val="20"/>
                </w:rPr>
                <w:id w:val="-1009367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6A5F61">
              <w:rPr>
                <w:sz w:val="20"/>
                <w:szCs w:val="20"/>
              </w:rPr>
              <w:t xml:space="preserve"> </w:t>
            </w:r>
            <w:proofErr w:type="spellStart"/>
            <w:r w:rsidRPr="006A5F61">
              <w:rPr>
                <w:sz w:val="20"/>
                <w:szCs w:val="20"/>
              </w:rPr>
              <w:t>Não</w:t>
            </w:r>
            <w:proofErr w:type="spellEnd"/>
          </w:p>
          <w:p w:rsidR="006A5F61" w:rsidRPr="006A5F61" w:rsidRDefault="006A5F61" w:rsidP="006A5F61">
            <w:pPr>
              <w:rPr>
                <w:rFonts w:cstheme="majorHAnsi"/>
                <w:b/>
                <w:sz w:val="20"/>
                <w:szCs w:val="20"/>
              </w:rPr>
            </w:pPr>
          </w:p>
        </w:tc>
        <w:tc>
          <w:tcPr>
            <w:tcW w:w="4275" w:type="dxa"/>
          </w:tcPr>
          <w:p w:rsidR="006A5F61" w:rsidRPr="006A5F61" w:rsidRDefault="006A5F61" w:rsidP="006A5F61">
            <w:pPr>
              <w:rPr>
                <w:sz w:val="20"/>
              </w:rPr>
            </w:pPr>
            <w:proofErr w:type="spellStart"/>
            <w:r w:rsidRPr="006A5F61">
              <w:rPr>
                <w:b/>
                <w:sz w:val="20"/>
              </w:rPr>
              <w:t>Tipo</w:t>
            </w:r>
            <w:proofErr w:type="spellEnd"/>
            <w:r w:rsidRPr="006A5F61">
              <w:rPr>
                <w:b/>
                <w:sz w:val="20"/>
              </w:rPr>
              <w:t>:</w:t>
            </w:r>
            <w:r w:rsidRPr="006A5F61"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</w:r>
            <w:sdt>
              <w:sdtPr>
                <w:rPr>
                  <w:sz w:val="20"/>
                </w:rPr>
                <w:id w:val="-2144335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Residencial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772213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Comercial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96906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Industrial</w:t>
            </w:r>
          </w:p>
          <w:p w:rsidR="006A5F61" w:rsidRPr="006A5F61" w:rsidRDefault="006A5F61" w:rsidP="006A5F61">
            <w:pPr>
              <w:rPr>
                <w:rFonts w:cstheme="majorHAnsi"/>
                <w:sz w:val="20"/>
                <w:szCs w:val="18"/>
              </w:rPr>
            </w:pPr>
          </w:p>
        </w:tc>
        <w:tc>
          <w:tcPr>
            <w:tcW w:w="2819" w:type="dxa"/>
          </w:tcPr>
          <w:p w:rsidR="006A5F61" w:rsidRPr="006A5F61" w:rsidRDefault="006A5F61" w:rsidP="00446507">
            <w:pPr>
              <w:rPr>
                <w:b/>
                <w:sz w:val="20"/>
              </w:rPr>
            </w:pPr>
            <w:proofErr w:type="spellStart"/>
            <w:r w:rsidRPr="006A5F61">
              <w:rPr>
                <w:b/>
                <w:sz w:val="20"/>
              </w:rPr>
              <w:t>Área</w:t>
            </w:r>
            <w:proofErr w:type="spellEnd"/>
            <w:r w:rsidRPr="006A5F61">
              <w:rPr>
                <w:b/>
                <w:sz w:val="20"/>
              </w:rPr>
              <w:t xml:space="preserve"> a </w:t>
            </w:r>
            <w:proofErr w:type="spellStart"/>
            <w:r w:rsidRPr="006A5F61">
              <w:rPr>
                <w:b/>
                <w:sz w:val="20"/>
              </w:rPr>
              <w:t>construir</w:t>
            </w:r>
            <w:proofErr w:type="spellEnd"/>
            <w:proofErr w:type="gramStart"/>
            <w:r w:rsidRPr="006A5F61">
              <w:rPr>
                <w:b/>
                <w:sz w:val="20"/>
              </w:rPr>
              <w:t>:</w:t>
            </w:r>
            <w:proofErr w:type="gramEnd"/>
            <w:r w:rsidR="00446507">
              <w:rPr>
                <w:b/>
                <w:sz w:val="20"/>
              </w:rPr>
              <w:br/>
            </w:r>
            <w:sdt>
              <w:sdtPr>
                <w:rPr>
                  <w:sz w:val="20"/>
                </w:rPr>
                <w:id w:val="-568185181"/>
                <w:placeholder>
                  <w:docPart w:val="DefaultPlaceholder_1081868574"/>
                </w:placeholder>
                <w:showingPlcHdr/>
              </w:sdtPr>
              <w:sdtContent>
                <w:r w:rsidR="00446507" w:rsidRPr="00446507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6A5F61" w:rsidTr="00446507">
        <w:trPr>
          <w:trHeight w:val="262"/>
        </w:trPr>
        <w:tc>
          <w:tcPr>
            <w:tcW w:w="2845" w:type="dxa"/>
          </w:tcPr>
          <w:p w:rsidR="006A5F61" w:rsidRPr="006A5F61" w:rsidRDefault="006A5F61" w:rsidP="00446507">
            <w:pPr>
              <w:rPr>
                <w:rFonts w:cstheme="majorHAnsi"/>
                <w:b/>
                <w:sz w:val="20"/>
                <w:szCs w:val="20"/>
              </w:rPr>
            </w:pPr>
            <w:proofErr w:type="spellStart"/>
            <w:r w:rsidRPr="006A5F61">
              <w:rPr>
                <w:rFonts w:cstheme="majorHAnsi"/>
                <w:b/>
                <w:sz w:val="20"/>
                <w:szCs w:val="20"/>
              </w:rPr>
              <w:t>Ano</w:t>
            </w:r>
            <w:proofErr w:type="spellEnd"/>
            <w:r w:rsidRPr="006A5F61">
              <w:rPr>
                <w:rFonts w:cstheme="majorHAnsi"/>
                <w:b/>
                <w:sz w:val="20"/>
                <w:szCs w:val="20"/>
              </w:rPr>
              <w:t xml:space="preserve"> Da </w:t>
            </w:r>
            <w:proofErr w:type="spellStart"/>
            <w:r w:rsidRPr="006A5F61">
              <w:rPr>
                <w:rFonts w:cstheme="majorHAnsi"/>
                <w:b/>
                <w:sz w:val="20"/>
                <w:szCs w:val="20"/>
              </w:rPr>
              <w:t>Construção</w:t>
            </w:r>
            <w:proofErr w:type="spellEnd"/>
            <w:proofErr w:type="gramStart"/>
            <w:r w:rsidRPr="006A5F61">
              <w:rPr>
                <w:rFonts w:cstheme="majorHAnsi"/>
                <w:b/>
                <w:sz w:val="20"/>
                <w:szCs w:val="20"/>
              </w:rPr>
              <w:t>:</w:t>
            </w:r>
            <w:proofErr w:type="gramEnd"/>
            <w:r>
              <w:rPr>
                <w:rFonts w:cstheme="majorHAnsi"/>
                <w:b/>
                <w:sz w:val="20"/>
                <w:szCs w:val="20"/>
              </w:rPr>
              <w:br/>
            </w:r>
            <w:sdt>
              <w:sdtPr>
                <w:rPr>
                  <w:rFonts w:cstheme="majorHAnsi"/>
                  <w:sz w:val="20"/>
                  <w:szCs w:val="20"/>
                </w:rPr>
                <w:id w:val="-690377740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446507" w:rsidRPr="001C2E72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  <w:tc>
          <w:tcPr>
            <w:tcW w:w="4275" w:type="dxa"/>
          </w:tcPr>
          <w:p w:rsidR="006A5F61" w:rsidRPr="006A5F61" w:rsidRDefault="006A5F61" w:rsidP="006A5F61">
            <w:pPr>
              <w:rPr>
                <w:b/>
                <w:sz w:val="20"/>
              </w:rPr>
            </w:pPr>
            <w:r w:rsidRPr="006A5F61">
              <w:rPr>
                <w:b/>
                <w:sz w:val="20"/>
              </w:rPr>
              <w:t xml:space="preserve">Dados da </w:t>
            </w:r>
            <w:proofErr w:type="spellStart"/>
            <w:r w:rsidRPr="006A5F61">
              <w:rPr>
                <w:b/>
                <w:sz w:val="20"/>
              </w:rPr>
              <w:t>edificação</w:t>
            </w:r>
            <w:proofErr w:type="spellEnd"/>
            <w:r w:rsidRPr="006A5F61">
              <w:rPr>
                <w:b/>
                <w:sz w:val="20"/>
              </w:rPr>
              <w:t xml:space="preserve"> </w:t>
            </w:r>
            <w:proofErr w:type="spellStart"/>
            <w:r w:rsidRPr="006A5F61">
              <w:rPr>
                <w:b/>
                <w:sz w:val="20"/>
              </w:rPr>
              <w:t>pretendida</w:t>
            </w:r>
            <w:proofErr w:type="spellEnd"/>
            <w:r w:rsidRPr="006A5F61">
              <w:rPr>
                <w:b/>
                <w:sz w:val="20"/>
              </w:rPr>
              <w:t>:</w:t>
            </w:r>
          </w:p>
          <w:p w:rsidR="006A5F61" w:rsidRDefault="006A5F61" w:rsidP="006A5F61">
            <w:pPr>
              <w:rPr>
                <w:sz w:val="20"/>
              </w:rPr>
            </w:pPr>
            <w:proofErr w:type="spellStart"/>
            <w:r w:rsidRPr="006A5F61">
              <w:rPr>
                <w:sz w:val="20"/>
              </w:rPr>
              <w:t>Estrutura</w:t>
            </w:r>
            <w:proofErr w:type="spellEnd"/>
            <w:r w:rsidRPr="006A5F61"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1779525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Alvenaria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88001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Madeira </w:t>
            </w:r>
            <w:sdt>
              <w:sdtPr>
                <w:rPr>
                  <w:sz w:val="20"/>
                </w:rPr>
                <w:id w:val="-1189597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Outros</w:t>
            </w:r>
            <w:proofErr w:type="gramStart"/>
            <w:r w:rsidRPr="006A5F61">
              <w:rPr>
                <w:sz w:val="20"/>
              </w:rPr>
              <w:t>:</w:t>
            </w:r>
            <w:proofErr w:type="gramEnd"/>
            <w:r>
              <w:rPr>
                <w:sz w:val="20"/>
              </w:rPr>
              <w:br/>
            </w:r>
            <w:sdt>
              <w:sdtPr>
                <w:rPr>
                  <w:sz w:val="20"/>
                </w:rPr>
                <w:id w:val="1686016714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Pr="001C2E72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6A5F61" w:rsidRPr="006A5F61" w:rsidRDefault="006A5F61" w:rsidP="006A5F61">
            <w:pPr>
              <w:rPr>
                <w:rFonts w:cstheme="majorHAnsi"/>
                <w:sz w:val="20"/>
                <w:szCs w:val="18"/>
              </w:rPr>
            </w:pPr>
          </w:p>
        </w:tc>
        <w:tc>
          <w:tcPr>
            <w:tcW w:w="2819" w:type="dxa"/>
          </w:tcPr>
          <w:p w:rsidR="006A5F61" w:rsidRPr="006A5F61" w:rsidRDefault="006A5F61" w:rsidP="006A5F61">
            <w:pPr>
              <w:rPr>
                <w:b/>
                <w:sz w:val="20"/>
              </w:rPr>
            </w:pPr>
            <w:proofErr w:type="spellStart"/>
            <w:r w:rsidRPr="006A5F61">
              <w:rPr>
                <w:b/>
                <w:sz w:val="20"/>
              </w:rPr>
              <w:t>Área</w:t>
            </w:r>
            <w:proofErr w:type="spellEnd"/>
            <w:r w:rsidRPr="006A5F61">
              <w:rPr>
                <w:b/>
                <w:sz w:val="20"/>
              </w:rPr>
              <w:t xml:space="preserve"> a </w:t>
            </w:r>
            <w:proofErr w:type="spellStart"/>
            <w:r w:rsidRPr="006A5F61">
              <w:rPr>
                <w:b/>
                <w:sz w:val="20"/>
              </w:rPr>
              <w:t>ampliar</w:t>
            </w:r>
            <w:proofErr w:type="spellEnd"/>
            <w:proofErr w:type="gramStart"/>
            <w:r w:rsidRPr="006A5F61">
              <w:rPr>
                <w:b/>
                <w:sz w:val="20"/>
              </w:rPr>
              <w:t>:</w:t>
            </w:r>
            <w:proofErr w:type="gramEnd"/>
            <w:r w:rsidR="00446507">
              <w:rPr>
                <w:b/>
                <w:sz w:val="20"/>
              </w:rPr>
              <w:br/>
            </w:r>
            <w:sdt>
              <w:sdtPr>
                <w:rPr>
                  <w:b/>
                  <w:sz w:val="20"/>
                </w:rPr>
                <w:id w:val="972568345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446507" w:rsidRPr="00446507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6A5F61" w:rsidTr="00446507">
        <w:trPr>
          <w:trHeight w:val="284"/>
        </w:trPr>
        <w:tc>
          <w:tcPr>
            <w:tcW w:w="2845" w:type="dxa"/>
          </w:tcPr>
          <w:p w:rsidR="006A5F61" w:rsidRPr="006A5F61" w:rsidRDefault="006A5F61" w:rsidP="00446507">
            <w:pPr>
              <w:rPr>
                <w:rFonts w:cstheme="majorHAnsi"/>
                <w:b/>
                <w:sz w:val="20"/>
                <w:szCs w:val="20"/>
              </w:rPr>
            </w:pPr>
            <w:proofErr w:type="spellStart"/>
            <w:r w:rsidRPr="006A5F61">
              <w:rPr>
                <w:rFonts w:cstheme="majorHAnsi"/>
                <w:b/>
                <w:sz w:val="20"/>
                <w:szCs w:val="20"/>
              </w:rPr>
              <w:t>Área</w:t>
            </w:r>
            <w:proofErr w:type="spellEnd"/>
            <w:r w:rsidRPr="006A5F61">
              <w:rPr>
                <w:rFonts w:cs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6A5F61">
              <w:rPr>
                <w:rFonts w:cstheme="majorHAnsi"/>
                <w:b/>
                <w:sz w:val="20"/>
                <w:szCs w:val="20"/>
              </w:rPr>
              <w:t>Existente</w:t>
            </w:r>
            <w:proofErr w:type="spellEnd"/>
            <w:r w:rsidRPr="006A5F61">
              <w:rPr>
                <w:rFonts w:cstheme="majorHAnsi"/>
                <w:b/>
                <w:sz w:val="20"/>
                <w:szCs w:val="20"/>
              </w:rPr>
              <w:t xml:space="preserve">:  </w:t>
            </w:r>
            <w:r>
              <w:rPr>
                <w:rFonts w:cstheme="majorHAnsi"/>
                <w:b/>
                <w:sz w:val="20"/>
                <w:szCs w:val="20"/>
              </w:rPr>
              <w:br/>
            </w:r>
            <w:sdt>
              <w:sdtPr>
                <w:rPr>
                  <w:rFonts w:cstheme="majorHAnsi"/>
                  <w:sz w:val="20"/>
                  <w:szCs w:val="20"/>
                </w:rPr>
                <w:id w:val="2039854470"/>
                <w:placeholder>
                  <w:docPart w:val="DefaultPlaceholder_1081868574"/>
                </w:placeholder>
                <w:text/>
              </w:sdtPr>
              <w:sdtContent>
                <w:r w:rsidRPr="00446507">
                  <w:rPr>
                    <w:rFonts w:cstheme="majorHAnsi"/>
                    <w:sz w:val="20"/>
                    <w:szCs w:val="20"/>
                  </w:rPr>
                  <w:t xml:space="preserve">                          m²</w:t>
                </w:r>
              </w:sdtContent>
            </w:sdt>
          </w:p>
        </w:tc>
        <w:tc>
          <w:tcPr>
            <w:tcW w:w="4275" w:type="dxa"/>
          </w:tcPr>
          <w:p w:rsidR="006A5F61" w:rsidRPr="006A5F61" w:rsidRDefault="006A5F61" w:rsidP="006A5F61">
            <w:pPr>
              <w:rPr>
                <w:rFonts w:cstheme="majorHAnsi"/>
                <w:sz w:val="20"/>
                <w:szCs w:val="18"/>
              </w:rPr>
            </w:pPr>
            <w:proofErr w:type="spellStart"/>
            <w:r w:rsidRPr="006A5F61">
              <w:rPr>
                <w:b/>
                <w:sz w:val="20"/>
              </w:rPr>
              <w:t>Tipo</w:t>
            </w:r>
            <w:proofErr w:type="spellEnd"/>
            <w:r w:rsidRPr="006A5F61">
              <w:rPr>
                <w:b/>
                <w:sz w:val="20"/>
              </w:rPr>
              <w:t>:</w:t>
            </w:r>
            <w:r w:rsidRPr="006A5F61"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</w:r>
            <w:sdt>
              <w:sdtPr>
                <w:rPr>
                  <w:rFonts w:ascii="Segoe UI Symbol" w:hAnsi="Segoe UI Symbol" w:cs="Segoe UI Symbol"/>
                  <w:sz w:val="20"/>
                </w:rPr>
                <w:id w:val="-1267542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Ampliação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26196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Residencial</w:t>
            </w:r>
            <w:proofErr w:type="spellEnd"/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Unifamiliar</w:t>
            </w:r>
            <w:proofErr w:type="spellEnd"/>
            <w:r>
              <w:rPr>
                <w:sz w:val="20"/>
              </w:rPr>
              <w:br/>
            </w:r>
            <w:sdt>
              <w:sdtPr>
                <w:rPr>
                  <w:sz w:val="20"/>
                </w:rPr>
                <w:id w:val="1077634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Multifamiliar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64179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Outros: </w:t>
            </w:r>
            <w:sdt>
              <w:sdtPr>
                <w:rPr>
                  <w:sz w:val="20"/>
                </w:rPr>
                <w:id w:val="2113934794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Pr="00446507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  <w:tc>
          <w:tcPr>
            <w:tcW w:w="2819" w:type="dxa"/>
          </w:tcPr>
          <w:p w:rsidR="006A5F61" w:rsidRPr="006A5F61" w:rsidRDefault="006A5F61" w:rsidP="006A5F61">
            <w:pPr>
              <w:rPr>
                <w:b/>
                <w:sz w:val="20"/>
              </w:rPr>
            </w:pPr>
            <w:r w:rsidRPr="006A5F61">
              <w:rPr>
                <w:b/>
                <w:sz w:val="20"/>
              </w:rPr>
              <w:t xml:space="preserve">Area a </w:t>
            </w:r>
            <w:proofErr w:type="spellStart"/>
            <w:r w:rsidRPr="006A5F61">
              <w:rPr>
                <w:b/>
                <w:sz w:val="20"/>
              </w:rPr>
              <w:t>reformar</w:t>
            </w:r>
            <w:proofErr w:type="spellEnd"/>
            <w:proofErr w:type="gramStart"/>
            <w:r w:rsidRPr="006A5F61">
              <w:rPr>
                <w:b/>
                <w:sz w:val="20"/>
              </w:rPr>
              <w:t>:</w:t>
            </w:r>
            <w:proofErr w:type="gramEnd"/>
            <w:r w:rsidR="00446507">
              <w:rPr>
                <w:b/>
                <w:sz w:val="20"/>
              </w:rPr>
              <w:br/>
            </w:r>
            <w:sdt>
              <w:sdtPr>
                <w:rPr>
                  <w:b/>
                  <w:sz w:val="20"/>
                </w:rPr>
                <w:id w:val="1945563298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446507" w:rsidRPr="00446507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6A5F61" w:rsidTr="00446507">
        <w:trPr>
          <w:trHeight w:val="806"/>
        </w:trPr>
        <w:tc>
          <w:tcPr>
            <w:tcW w:w="2845" w:type="dxa"/>
          </w:tcPr>
          <w:p w:rsidR="006A5F61" w:rsidRPr="006A5F61" w:rsidRDefault="006A5F61" w:rsidP="006A5F61">
            <w:pPr>
              <w:rPr>
                <w:rFonts w:cstheme="majorHAnsi"/>
                <w:b/>
                <w:sz w:val="20"/>
                <w:szCs w:val="20"/>
              </w:rPr>
            </w:pPr>
            <w:proofErr w:type="spellStart"/>
            <w:r w:rsidRPr="006A5F61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ú</w:t>
            </w:r>
            <w:r w:rsidRPr="006A5F61">
              <w:rPr>
                <w:sz w:val="20"/>
                <w:szCs w:val="20"/>
              </w:rPr>
              <w:t>mero</w:t>
            </w:r>
            <w:proofErr w:type="spellEnd"/>
            <w:r w:rsidRPr="006A5F61">
              <w:rPr>
                <w:sz w:val="20"/>
                <w:szCs w:val="20"/>
              </w:rPr>
              <w:t xml:space="preserve"> de </w:t>
            </w:r>
            <w:proofErr w:type="spellStart"/>
            <w:r w:rsidRPr="006A5F61">
              <w:rPr>
                <w:sz w:val="20"/>
                <w:szCs w:val="20"/>
              </w:rPr>
              <w:t>Unidades</w:t>
            </w:r>
            <w:proofErr w:type="spellEnd"/>
            <w:proofErr w:type="gramStart"/>
            <w:r w:rsidRPr="006A5F61">
              <w:rPr>
                <w:sz w:val="20"/>
                <w:szCs w:val="20"/>
              </w:rPr>
              <w:t>:</w:t>
            </w:r>
            <w:proofErr w:type="gramEnd"/>
            <w:r>
              <w:rPr>
                <w:sz w:val="20"/>
                <w:szCs w:val="20"/>
              </w:rPr>
              <w:br/>
            </w:r>
            <w:sdt>
              <w:sdtPr>
                <w:rPr>
                  <w:rFonts w:cstheme="majorHAnsi"/>
                  <w:sz w:val="20"/>
                  <w:szCs w:val="20"/>
                </w:rPr>
                <w:id w:val="1943179416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Pr="00446507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  <w:tc>
          <w:tcPr>
            <w:tcW w:w="4275" w:type="dxa"/>
          </w:tcPr>
          <w:p w:rsidR="006A5F61" w:rsidRDefault="006A5F61" w:rsidP="006A5F61">
            <w:pPr>
              <w:rPr>
                <w:sz w:val="20"/>
              </w:rPr>
            </w:pPr>
            <w:proofErr w:type="spellStart"/>
            <w:r w:rsidRPr="006A5F61">
              <w:rPr>
                <w:b/>
                <w:sz w:val="20"/>
              </w:rPr>
              <w:t>Uso</w:t>
            </w:r>
            <w:proofErr w:type="spellEnd"/>
            <w:r w:rsidRPr="006A5F61">
              <w:rPr>
                <w:b/>
                <w:sz w:val="20"/>
              </w:rPr>
              <w:t>:</w:t>
            </w:r>
            <w:r w:rsidRPr="006A5F61"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</w:r>
            <w:sdt>
              <w:sdtPr>
                <w:rPr>
                  <w:sz w:val="20"/>
                </w:rPr>
                <w:id w:val="787089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Casa </w:t>
            </w:r>
            <w:sdt>
              <w:sdtPr>
                <w:rPr>
                  <w:sz w:val="20"/>
                </w:rPr>
                <w:id w:val="1214466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Apartamento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5311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Comércio</w:t>
            </w:r>
            <w:proofErr w:type="spellEnd"/>
            <w:r w:rsidRPr="006A5F61">
              <w:rPr>
                <w:sz w:val="20"/>
              </w:rPr>
              <w:t xml:space="preserve"> </w:t>
            </w:r>
          </w:p>
          <w:p w:rsidR="006A5F61" w:rsidRPr="006A5F61" w:rsidRDefault="006A5F61" w:rsidP="006A5F61">
            <w:pPr>
              <w:rPr>
                <w:sz w:val="20"/>
              </w:rPr>
            </w:pPr>
            <w:r w:rsidRPr="006A5F61">
              <w:rPr>
                <w:sz w:val="20"/>
              </w:rPr>
              <w:t xml:space="preserve">☐ </w:t>
            </w:r>
            <w:proofErr w:type="spellStart"/>
            <w:r w:rsidRPr="006A5F61">
              <w:rPr>
                <w:sz w:val="20"/>
              </w:rPr>
              <w:t>Serviços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68954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</w:t>
            </w:r>
            <w:proofErr w:type="spellStart"/>
            <w:r w:rsidRPr="006A5F61">
              <w:rPr>
                <w:sz w:val="20"/>
              </w:rPr>
              <w:t>Público</w:t>
            </w:r>
            <w:proofErr w:type="spellEnd"/>
            <w:r w:rsidRPr="006A5F61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946384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Pr="006A5F61">
              <w:rPr>
                <w:sz w:val="20"/>
              </w:rPr>
              <w:t xml:space="preserve"> Outros</w:t>
            </w:r>
            <w:r>
              <w:rPr>
                <w:sz w:val="20"/>
              </w:rPr>
              <w:t xml:space="preserve">: </w:t>
            </w:r>
            <w:sdt>
              <w:sdtPr>
                <w:rPr>
                  <w:sz w:val="20"/>
                </w:rPr>
                <w:id w:val="-1189685024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Pr="001C2E72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6A5F61" w:rsidRPr="006A5F61" w:rsidRDefault="006A5F61" w:rsidP="006A5F61">
            <w:pPr>
              <w:rPr>
                <w:rFonts w:cstheme="majorHAnsi"/>
                <w:sz w:val="20"/>
                <w:szCs w:val="18"/>
              </w:rPr>
            </w:pPr>
          </w:p>
        </w:tc>
        <w:tc>
          <w:tcPr>
            <w:tcW w:w="2819" w:type="dxa"/>
          </w:tcPr>
          <w:p w:rsidR="006A5F61" w:rsidRPr="006A5F61" w:rsidRDefault="006A5F61" w:rsidP="006A5F61">
            <w:pPr>
              <w:rPr>
                <w:b/>
                <w:sz w:val="20"/>
              </w:rPr>
            </w:pPr>
            <w:proofErr w:type="spellStart"/>
            <w:r w:rsidRPr="006A5F61">
              <w:rPr>
                <w:b/>
                <w:sz w:val="20"/>
              </w:rPr>
              <w:t>Área</w:t>
            </w:r>
            <w:proofErr w:type="spellEnd"/>
            <w:r w:rsidRPr="006A5F61">
              <w:rPr>
                <w:b/>
                <w:sz w:val="20"/>
              </w:rPr>
              <w:t xml:space="preserve"> Total</w:t>
            </w:r>
            <w:proofErr w:type="gramStart"/>
            <w:r w:rsidRPr="006A5F61">
              <w:rPr>
                <w:b/>
                <w:sz w:val="20"/>
              </w:rPr>
              <w:t>:</w:t>
            </w:r>
            <w:proofErr w:type="gramEnd"/>
            <w:r w:rsidR="00446507">
              <w:rPr>
                <w:b/>
                <w:sz w:val="20"/>
              </w:rPr>
              <w:br/>
            </w:r>
            <w:sdt>
              <w:sdtPr>
                <w:rPr>
                  <w:b/>
                  <w:sz w:val="20"/>
                </w:rPr>
                <w:id w:val="-611748252"/>
                <w:placeholder>
                  <w:docPart w:val="DefaultPlaceholder_1081868574"/>
                </w:placeholder>
                <w:showingPlcHdr/>
                <w:text/>
              </w:sdtPr>
              <w:sdtContent>
                <w:r w:rsidR="00446507" w:rsidRPr="00446507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</w:tbl>
    <w:p w:rsidR="00F94854" w:rsidRDefault="00F94854" w:rsidP="00067F09">
      <w:pPr>
        <w:spacing w:line="240" w:lineRule="auto"/>
        <w:rPr>
          <w:sz w:val="20"/>
          <w:szCs w:val="20"/>
        </w:rPr>
        <w:sectPr w:rsidR="00F94854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751F60" w:rsidRPr="00F04F41" w:rsidRDefault="00751F60" w:rsidP="00067F09">
      <w:pPr>
        <w:spacing w:line="240" w:lineRule="auto"/>
        <w:rPr>
          <w:color w:val="336600"/>
          <w:sz w:val="20"/>
          <w:szCs w:val="20"/>
        </w:rPr>
      </w:pPr>
    </w:p>
    <w:p w:rsidR="00C82946" w:rsidRPr="005F6D61" w:rsidRDefault="00C82946" w:rsidP="00067F09">
      <w:pPr>
        <w:spacing w:line="240" w:lineRule="auto"/>
        <w:rPr>
          <w:sz w:val="20"/>
          <w:szCs w:val="20"/>
          <w:lang w:val="pt-BR"/>
        </w:rPr>
        <w:sectPr w:rsidR="00C82946" w:rsidRPr="005F6D6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751F60" w:rsidRPr="00F04F41" w:rsidRDefault="00F04F41" w:rsidP="00067F09">
      <w:pPr>
        <w:spacing w:line="240" w:lineRule="auto"/>
        <w:rPr>
          <w:color w:val="336600"/>
          <w:sz w:val="20"/>
          <w:szCs w:val="20"/>
        </w:rPr>
      </w:pPr>
      <w:r w:rsidRPr="00F04F41">
        <w:rPr>
          <w:b/>
          <w:color w:val="336600"/>
          <w:sz w:val="20"/>
          <w:szCs w:val="20"/>
        </w:rPr>
        <w:t>6</w:t>
      </w:r>
      <w:r w:rsidR="009C30AC" w:rsidRPr="00F04F41">
        <w:rPr>
          <w:b/>
          <w:color w:val="336600"/>
          <w:sz w:val="20"/>
          <w:szCs w:val="20"/>
        </w:rPr>
        <w:t>. SOLICITAÇÃO</w:t>
      </w:r>
    </w:p>
    <w:p w:rsidR="005F59C8" w:rsidRPr="005F59C8" w:rsidRDefault="005F59C8" w:rsidP="005F59C8">
      <w:pPr>
        <w:spacing w:line="240" w:lineRule="auto"/>
        <w:rPr>
          <w:sz w:val="20"/>
          <w:szCs w:val="20"/>
        </w:rPr>
      </w:pPr>
      <w:proofErr w:type="spellStart"/>
      <w:r w:rsidRPr="005F59C8">
        <w:rPr>
          <w:sz w:val="20"/>
          <w:szCs w:val="20"/>
        </w:rPr>
        <w:t>Solicito</w:t>
      </w:r>
      <w:proofErr w:type="spellEnd"/>
      <w:r w:rsidRPr="005F59C8">
        <w:rPr>
          <w:sz w:val="20"/>
          <w:szCs w:val="20"/>
        </w:rPr>
        <w:t xml:space="preserve"> </w:t>
      </w:r>
      <w:proofErr w:type="gramStart"/>
      <w:r w:rsidRPr="005F59C8">
        <w:rPr>
          <w:sz w:val="20"/>
          <w:szCs w:val="20"/>
        </w:rPr>
        <w:t>a</w:t>
      </w:r>
      <w:proofErr w:type="gram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emissão</w:t>
      </w:r>
      <w:proofErr w:type="spellEnd"/>
      <w:r w:rsidRPr="005F59C8">
        <w:rPr>
          <w:sz w:val="20"/>
          <w:szCs w:val="20"/>
        </w:rPr>
        <w:t xml:space="preserve"> da </w:t>
      </w:r>
      <w:proofErr w:type="spellStart"/>
      <w:r w:rsidRPr="005F59C8">
        <w:rPr>
          <w:sz w:val="20"/>
          <w:szCs w:val="20"/>
        </w:rPr>
        <w:t>Consulta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Prévia</w:t>
      </w:r>
      <w:proofErr w:type="spellEnd"/>
      <w:r w:rsidRPr="005F59C8">
        <w:rPr>
          <w:sz w:val="20"/>
          <w:szCs w:val="20"/>
        </w:rPr>
        <w:t xml:space="preserve"> para </w:t>
      </w:r>
      <w:proofErr w:type="spellStart"/>
      <w:r w:rsidRPr="005F59C8">
        <w:rPr>
          <w:sz w:val="20"/>
          <w:szCs w:val="20"/>
        </w:rPr>
        <w:t>Construção</w:t>
      </w:r>
      <w:proofErr w:type="spellEnd"/>
      <w:r w:rsidRPr="005F59C8">
        <w:rPr>
          <w:sz w:val="20"/>
          <w:szCs w:val="20"/>
        </w:rPr>
        <w:t xml:space="preserve"> (</w:t>
      </w:r>
      <w:proofErr w:type="spellStart"/>
      <w:r w:rsidRPr="005F59C8">
        <w:rPr>
          <w:sz w:val="20"/>
          <w:szCs w:val="20"/>
        </w:rPr>
        <w:t>Guia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Amarela</w:t>
      </w:r>
      <w:proofErr w:type="spellEnd"/>
      <w:r w:rsidRPr="005F59C8">
        <w:rPr>
          <w:sz w:val="20"/>
          <w:szCs w:val="20"/>
        </w:rPr>
        <w:t xml:space="preserve">), para fins de </w:t>
      </w:r>
      <w:proofErr w:type="spellStart"/>
      <w:r w:rsidRPr="005F59C8">
        <w:rPr>
          <w:sz w:val="20"/>
          <w:szCs w:val="20"/>
        </w:rPr>
        <w:t>orientação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quanto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aos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parâmetros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urbanísticos</w:t>
      </w:r>
      <w:proofErr w:type="spellEnd"/>
      <w:r w:rsidRPr="005F59C8">
        <w:rPr>
          <w:sz w:val="20"/>
          <w:szCs w:val="20"/>
        </w:rPr>
        <w:t xml:space="preserve"> do </w:t>
      </w:r>
      <w:proofErr w:type="spellStart"/>
      <w:r w:rsidRPr="005F59C8">
        <w:rPr>
          <w:sz w:val="20"/>
          <w:szCs w:val="20"/>
        </w:rPr>
        <w:t>município</w:t>
      </w:r>
      <w:proofErr w:type="spellEnd"/>
      <w:r w:rsidRPr="005F59C8">
        <w:rPr>
          <w:sz w:val="20"/>
          <w:szCs w:val="20"/>
        </w:rPr>
        <w:t>.</w:t>
      </w:r>
    </w:p>
    <w:p w:rsidR="00322C27" w:rsidRPr="00C82946" w:rsidRDefault="005F59C8" w:rsidP="005F59C8">
      <w:pPr>
        <w:spacing w:line="240" w:lineRule="auto"/>
        <w:rPr>
          <w:sz w:val="20"/>
          <w:szCs w:val="20"/>
        </w:rPr>
      </w:pPr>
      <w:proofErr w:type="spellStart"/>
      <w:r w:rsidRPr="005F59C8">
        <w:rPr>
          <w:sz w:val="20"/>
          <w:szCs w:val="20"/>
        </w:rPr>
        <w:t>Declaro</w:t>
      </w:r>
      <w:proofErr w:type="spellEnd"/>
      <w:r w:rsidRPr="005F59C8">
        <w:rPr>
          <w:sz w:val="20"/>
          <w:szCs w:val="20"/>
        </w:rPr>
        <w:t xml:space="preserve"> que </w:t>
      </w:r>
      <w:proofErr w:type="spellStart"/>
      <w:r w:rsidRPr="005F59C8">
        <w:rPr>
          <w:sz w:val="20"/>
          <w:szCs w:val="20"/>
        </w:rPr>
        <w:t>esta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consulta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não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autoriza</w:t>
      </w:r>
      <w:proofErr w:type="spellEnd"/>
      <w:r w:rsidRPr="005F59C8">
        <w:rPr>
          <w:sz w:val="20"/>
          <w:szCs w:val="20"/>
        </w:rPr>
        <w:t xml:space="preserve"> o </w:t>
      </w:r>
      <w:proofErr w:type="spellStart"/>
      <w:r w:rsidRPr="005F59C8">
        <w:rPr>
          <w:sz w:val="20"/>
          <w:szCs w:val="20"/>
        </w:rPr>
        <w:t>início</w:t>
      </w:r>
      <w:proofErr w:type="spellEnd"/>
      <w:r w:rsidRPr="005F59C8">
        <w:rPr>
          <w:sz w:val="20"/>
          <w:szCs w:val="20"/>
        </w:rPr>
        <w:t xml:space="preserve"> da </w:t>
      </w:r>
      <w:proofErr w:type="spellStart"/>
      <w:r w:rsidRPr="005F59C8">
        <w:rPr>
          <w:sz w:val="20"/>
          <w:szCs w:val="20"/>
        </w:rPr>
        <w:t>obra</w:t>
      </w:r>
      <w:proofErr w:type="spellEnd"/>
      <w:r w:rsidRPr="005F59C8">
        <w:rPr>
          <w:sz w:val="20"/>
          <w:szCs w:val="20"/>
        </w:rPr>
        <w:t xml:space="preserve">, </w:t>
      </w:r>
      <w:proofErr w:type="spellStart"/>
      <w:r w:rsidRPr="005F59C8">
        <w:rPr>
          <w:sz w:val="20"/>
          <w:szCs w:val="20"/>
        </w:rPr>
        <w:t>sendo</w:t>
      </w:r>
      <w:proofErr w:type="spellEnd"/>
      <w:r w:rsidRPr="005F59C8">
        <w:rPr>
          <w:sz w:val="20"/>
          <w:szCs w:val="20"/>
        </w:rPr>
        <w:t xml:space="preserve"> </w:t>
      </w:r>
      <w:proofErr w:type="spellStart"/>
      <w:r w:rsidRPr="005F59C8">
        <w:rPr>
          <w:sz w:val="20"/>
          <w:szCs w:val="20"/>
        </w:rPr>
        <w:t>necessária</w:t>
      </w:r>
      <w:proofErr w:type="spellEnd"/>
      <w:r w:rsidRPr="005F59C8">
        <w:rPr>
          <w:sz w:val="20"/>
          <w:szCs w:val="20"/>
        </w:rPr>
        <w:t xml:space="preserve"> posterior </w:t>
      </w:r>
      <w:proofErr w:type="spellStart"/>
      <w:r w:rsidRPr="005F59C8">
        <w:rPr>
          <w:sz w:val="20"/>
          <w:szCs w:val="20"/>
        </w:rPr>
        <w:t>aprovação</w:t>
      </w:r>
      <w:proofErr w:type="spellEnd"/>
      <w:r w:rsidRPr="005F59C8">
        <w:rPr>
          <w:sz w:val="20"/>
          <w:szCs w:val="20"/>
        </w:rPr>
        <w:t xml:space="preserve"> e </w:t>
      </w:r>
      <w:proofErr w:type="spellStart"/>
      <w:r w:rsidRPr="005F59C8">
        <w:rPr>
          <w:sz w:val="20"/>
          <w:szCs w:val="20"/>
        </w:rPr>
        <w:t>emissão</w:t>
      </w:r>
      <w:proofErr w:type="spellEnd"/>
      <w:r w:rsidRPr="005F59C8">
        <w:rPr>
          <w:sz w:val="20"/>
          <w:szCs w:val="20"/>
        </w:rPr>
        <w:t xml:space="preserve"> de </w:t>
      </w:r>
      <w:proofErr w:type="spellStart"/>
      <w:r w:rsidRPr="005F59C8">
        <w:rPr>
          <w:sz w:val="20"/>
          <w:szCs w:val="20"/>
        </w:rPr>
        <w:t>Alvará</w:t>
      </w:r>
      <w:proofErr w:type="spellEnd"/>
      <w:r w:rsidRPr="005F59C8">
        <w:rPr>
          <w:sz w:val="20"/>
          <w:szCs w:val="20"/>
        </w:rPr>
        <w:t xml:space="preserve"> de </w:t>
      </w:r>
      <w:proofErr w:type="spellStart"/>
      <w:r w:rsidRPr="005F59C8">
        <w:rPr>
          <w:sz w:val="20"/>
          <w:szCs w:val="20"/>
        </w:rPr>
        <w:t>Construção</w:t>
      </w:r>
      <w:proofErr w:type="spellEnd"/>
      <w:r w:rsidRPr="005F59C8">
        <w:rPr>
          <w:sz w:val="20"/>
          <w:szCs w:val="20"/>
        </w:rPr>
        <w:t>.</w:t>
      </w:r>
      <w:r w:rsidR="009C30AC" w:rsidRPr="00C82946">
        <w:rPr>
          <w:sz w:val="20"/>
          <w:szCs w:val="20"/>
        </w:rPr>
        <w:br/>
      </w:r>
      <w:r w:rsidR="00067F09">
        <w:rPr>
          <w:sz w:val="20"/>
          <w:szCs w:val="20"/>
        </w:rPr>
        <w:t xml:space="preserve">                                                                                                    </w:t>
      </w:r>
      <w:r w:rsidR="00446507">
        <w:rPr>
          <w:sz w:val="20"/>
          <w:szCs w:val="20"/>
        </w:rPr>
        <w:t xml:space="preserve">                                           </w:t>
      </w:r>
      <w:r w:rsidR="00067F09">
        <w:rPr>
          <w:sz w:val="20"/>
          <w:szCs w:val="20"/>
        </w:rPr>
        <w:t xml:space="preserve">  </w:t>
      </w:r>
      <w:r w:rsidR="009C30AC" w:rsidRPr="00C82946">
        <w:rPr>
          <w:sz w:val="20"/>
          <w:szCs w:val="20"/>
        </w:rPr>
        <w:t xml:space="preserve">Paulo Frontin – PR, </w:t>
      </w:r>
      <w:sdt>
        <w:sdtPr>
          <w:rPr>
            <w:sz w:val="20"/>
            <w:szCs w:val="20"/>
          </w:rPr>
          <w:id w:val="-232626061"/>
          <w:placeholder>
            <w:docPart w:val="DefaultPlaceholder_1081868576"/>
          </w:placeholder>
          <w:date w:fullDate="2026-03-27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proofErr w:type="gramStart"/>
          <w:r w:rsidR="00446507">
            <w:rPr>
              <w:sz w:val="20"/>
              <w:szCs w:val="20"/>
              <w:lang w:val="pt-BR"/>
            </w:rPr>
            <w:t>27 de</w:t>
          </w:r>
          <w:proofErr w:type="gramEnd"/>
          <w:r w:rsidR="00446507">
            <w:rPr>
              <w:sz w:val="20"/>
              <w:szCs w:val="20"/>
              <w:lang w:val="pt-BR"/>
            </w:rPr>
            <w:t xml:space="preserve"> março de 2026</w:t>
          </w:r>
        </w:sdtContent>
      </w:sdt>
      <w:r w:rsidR="00BF7A7F">
        <w:rPr>
          <w:sz w:val="20"/>
          <w:szCs w:val="20"/>
        </w:rPr>
        <w:t>.</w:t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</w:p>
    <w:p w:rsidR="00751F60" w:rsidRPr="00C82946" w:rsidRDefault="009C30AC" w:rsidP="00067F09">
      <w:pPr>
        <w:spacing w:line="240" w:lineRule="auto"/>
        <w:jc w:val="center"/>
        <w:rPr>
          <w:sz w:val="20"/>
          <w:szCs w:val="20"/>
        </w:rPr>
      </w:pPr>
      <w:r w:rsidRPr="00C82946">
        <w:rPr>
          <w:sz w:val="20"/>
          <w:szCs w:val="20"/>
        </w:rPr>
        <w:t>__________</w:t>
      </w:r>
      <w:r w:rsidR="00F04F41">
        <w:rPr>
          <w:sz w:val="20"/>
          <w:szCs w:val="20"/>
        </w:rPr>
        <w:t>_______________________________</w:t>
      </w:r>
      <w:r w:rsidR="00F04F41">
        <w:rPr>
          <w:sz w:val="20"/>
          <w:szCs w:val="20"/>
        </w:rPr>
        <w:br/>
      </w:r>
      <w:r w:rsidRPr="00C82946">
        <w:rPr>
          <w:sz w:val="20"/>
          <w:szCs w:val="20"/>
        </w:rPr>
        <w:t>Assinatura do Requerente</w:t>
      </w:r>
    </w:p>
    <w:sectPr w:rsidR="00751F60" w:rsidRPr="00C82946" w:rsidSect="005F6D61">
      <w:type w:val="continuous"/>
      <w:pgSz w:w="12240" w:h="15840"/>
      <w:pgMar w:top="1440" w:right="333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F09" w:rsidRDefault="00067F09" w:rsidP="00067F09">
      <w:pPr>
        <w:spacing w:after="0" w:line="240" w:lineRule="auto"/>
      </w:pPr>
      <w:r>
        <w:separator/>
      </w:r>
    </w:p>
  </w:endnote>
  <w:endnote w:type="continuationSeparator" w:id="0">
    <w:p w:rsidR="00067F09" w:rsidRDefault="00067F09" w:rsidP="00067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F09" w:rsidRDefault="00067F09" w:rsidP="00067F09">
      <w:pPr>
        <w:spacing w:after="0" w:line="240" w:lineRule="auto"/>
      </w:pPr>
      <w:r>
        <w:separator/>
      </w:r>
    </w:p>
  </w:footnote>
  <w:footnote w:type="continuationSeparator" w:id="0">
    <w:p w:rsidR="00067F09" w:rsidRDefault="00067F09" w:rsidP="00067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UGxxYQMz5EYTm8/PEWLg9WYSKRx67XVdD7UiH0/PC33wTIaaBx0CV+x1QPdUu2RNSZaHIv1rHkDnwb/M9eGfxg==" w:salt="ry+F2XfszSwLCmpbOWt+SQ==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7F09"/>
    <w:rsid w:val="00082FB5"/>
    <w:rsid w:val="0015074B"/>
    <w:rsid w:val="00177433"/>
    <w:rsid w:val="001F0030"/>
    <w:rsid w:val="00203ADE"/>
    <w:rsid w:val="00250011"/>
    <w:rsid w:val="002624E1"/>
    <w:rsid w:val="0029639D"/>
    <w:rsid w:val="002B6A29"/>
    <w:rsid w:val="00322C27"/>
    <w:rsid w:val="00326F90"/>
    <w:rsid w:val="003E137B"/>
    <w:rsid w:val="00446507"/>
    <w:rsid w:val="004F2480"/>
    <w:rsid w:val="005F59C8"/>
    <w:rsid w:val="005F6D61"/>
    <w:rsid w:val="0060050D"/>
    <w:rsid w:val="006A5F61"/>
    <w:rsid w:val="00735544"/>
    <w:rsid w:val="00751F60"/>
    <w:rsid w:val="007D1171"/>
    <w:rsid w:val="008A24D7"/>
    <w:rsid w:val="009C30AC"/>
    <w:rsid w:val="00AA1D8D"/>
    <w:rsid w:val="00B47730"/>
    <w:rsid w:val="00BF7A7F"/>
    <w:rsid w:val="00C64A44"/>
    <w:rsid w:val="00C82946"/>
    <w:rsid w:val="00CB0664"/>
    <w:rsid w:val="00D83FD3"/>
    <w:rsid w:val="00E11177"/>
    <w:rsid w:val="00E15341"/>
    <w:rsid w:val="00F04F41"/>
    <w:rsid w:val="00F948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658B916A-0CFF-412E-A537-37292E74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D61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67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7F09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9C30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A501FA-89EC-479F-8908-278D1FFB9BA5}"/>
      </w:docPartPr>
      <w:docPartBody>
        <w:p w:rsidR="0029274A" w:rsidRDefault="00AF21DC">
          <w:r w:rsidRPr="00E47E6E">
            <w:rPr>
              <w:rStyle w:val="TextodoEspaoReservado"/>
            </w:rPr>
            <w:t>Escolher um item.</w:t>
          </w:r>
        </w:p>
      </w:docPartBody>
    </w:docPart>
    <w:docPart>
      <w:docPartPr>
        <w:name w:val="DC302084459E4FEDBDF87551EE35A5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564D38-FF68-49C4-B682-BF371811BFBE}"/>
      </w:docPartPr>
      <w:docPartBody>
        <w:p w:rsidR="007A2AE7" w:rsidRDefault="0029274A" w:rsidP="0029274A">
          <w:pPr>
            <w:pStyle w:val="DC302084459E4FEDBDF87551EE35A5EB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8894EBB91FD4FD783AA4112AA963E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D4B34B-B841-4D2A-834C-C7B4DA0CE32D}"/>
      </w:docPartPr>
      <w:docPartBody>
        <w:p w:rsidR="007A2AE7" w:rsidRDefault="0029274A" w:rsidP="0029274A">
          <w:pPr>
            <w:pStyle w:val="D8894EBB91FD4FD783AA4112AA963EC2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8CCBF62B1A824EE1B7C8DEEC6655CE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C64CAA-3BBA-4DF0-BD93-E4037F826B47}"/>
      </w:docPartPr>
      <w:docPartBody>
        <w:p w:rsidR="007A2AE7" w:rsidRDefault="0029274A" w:rsidP="0029274A">
          <w:pPr>
            <w:pStyle w:val="8CCBF62B1A824EE1B7C8DEEC6655CEB1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ECF41AFEB50A4C93B1B47786E17CFF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3CDC85-E6E3-48EF-966A-BA52562F54ED}"/>
      </w:docPartPr>
      <w:docPartBody>
        <w:p w:rsidR="007A2AE7" w:rsidRDefault="0029274A" w:rsidP="0029274A">
          <w:pPr>
            <w:pStyle w:val="ECF41AFEB50A4C93B1B47786E17CFFBA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6A03221DCED24BD8BA3E336E2CCC53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158A86-500A-48A1-8C3E-130ABFDBA503}"/>
      </w:docPartPr>
      <w:docPartBody>
        <w:p w:rsidR="007A2AE7" w:rsidRDefault="0029274A" w:rsidP="0029274A">
          <w:pPr>
            <w:pStyle w:val="6A03221DCED24BD8BA3E336E2CCC53DB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7528320C0F14718BF28AC181342D2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DDF917-BA8A-4AB9-AD4D-CB5A02289514}"/>
      </w:docPartPr>
      <w:docPartBody>
        <w:p w:rsidR="007A2AE7" w:rsidRDefault="0029274A" w:rsidP="0029274A">
          <w:pPr>
            <w:pStyle w:val="F7528320C0F14718BF28AC181342D213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B6818D21BB741E589914092C876BA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A2CD0C-7406-4DE7-BB9A-1DB8B702F722}"/>
      </w:docPartPr>
      <w:docPartBody>
        <w:p w:rsidR="007A2AE7" w:rsidRDefault="0029274A" w:rsidP="0029274A">
          <w:pPr>
            <w:pStyle w:val="FB6818D21BB741E589914092C876BA38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438C02DCBEE497498763C677E080E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3D0A4A-5D14-48C0-8E6B-CBDDB0DAB8FB}"/>
      </w:docPartPr>
      <w:docPartBody>
        <w:p w:rsidR="007A2AE7" w:rsidRDefault="0029274A" w:rsidP="0029274A">
          <w:pPr>
            <w:pStyle w:val="6438C02DCBEE497498763C677E080EC9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EA969B3931D843F29254C19601A440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644F5F-F917-435F-99F5-7B2BA4248CC1}"/>
      </w:docPartPr>
      <w:docPartBody>
        <w:p w:rsidR="007A2AE7" w:rsidRDefault="0029274A" w:rsidP="0029274A">
          <w:pPr>
            <w:pStyle w:val="EA969B3931D843F29254C19601A440CD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CA4007-8D75-4AC8-AB82-72E9B251AE9F}"/>
      </w:docPartPr>
      <w:docPartBody>
        <w:p w:rsidR="007A2AE7" w:rsidRDefault="0029274A">
          <w:r w:rsidRPr="00E91124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8E93AB107B4E432A9C8C0A32874B72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8428BC-C09B-4F23-8CEB-E6C53BBE2A30}"/>
      </w:docPartPr>
      <w:docPartBody>
        <w:p w:rsidR="007A2AE7" w:rsidRDefault="0029274A" w:rsidP="0029274A">
          <w:pPr>
            <w:pStyle w:val="8E93AB107B4E432A9C8C0A32874B72B5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2DA1AB-27F8-4D24-A6ED-1215131C843D}"/>
      </w:docPartPr>
      <w:docPartBody>
        <w:p w:rsidR="00000000" w:rsidRDefault="0099560A">
          <w:r w:rsidRPr="001C2E72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DC"/>
    <w:rsid w:val="0029274A"/>
    <w:rsid w:val="007A2AE7"/>
    <w:rsid w:val="0099560A"/>
    <w:rsid w:val="00AF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9560A"/>
    <w:rPr>
      <w:color w:val="808080"/>
    </w:rPr>
  </w:style>
  <w:style w:type="paragraph" w:customStyle="1" w:styleId="AFF555859164426B8498ADA6B692730D">
    <w:name w:val="AFF555859164426B8498ADA6B692730D"/>
    <w:rsid w:val="00AF21DC"/>
  </w:style>
  <w:style w:type="paragraph" w:customStyle="1" w:styleId="DC302084459E4FEDBDF87551EE35A5EB">
    <w:name w:val="DC302084459E4FEDBDF87551EE35A5EB"/>
    <w:rsid w:val="0029274A"/>
  </w:style>
  <w:style w:type="paragraph" w:customStyle="1" w:styleId="D8894EBB91FD4FD783AA4112AA963EC2">
    <w:name w:val="D8894EBB91FD4FD783AA4112AA963EC2"/>
    <w:rsid w:val="0029274A"/>
  </w:style>
  <w:style w:type="paragraph" w:customStyle="1" w:styleId="8CCBF62B1A824EE1B7C8DEEC6655CEB1">
    <w:name w:val="8CCBF62B1A824EE1B7C8DEEC6655CEB1"/>
    <w:rsid w:val="0029274A"/>
  </w:style>
  <w:style w:type="paragraph" w:customStyle="1" w:styleId="ECF41AFEB50A4C93B1B47786E17CFFBA">
    <w:name w:val="ECF41AFEB50A4C93B1B47786E17CFFBA"/>
    <w:rsid w:val="0029274A"/>
  </w:style>
  <w:style w:type="paragraph" w:customStyle="1" w:styleId="6A03221DCED24BD8BA3E336E2CCC53DB">
    <w:name w:val="6A03221DCED24BD8BA3E336E2CCC53DB"/>
    <w:rsid w:val="0029274A"/>
  </w:style>
  <w:style w:type="paragraph" w:customStyle="1" w:styleId="F7528320C0F14718BF28AC181342D213">
    <w:name w:val="F7528320C0F14718BF28AC181342D213"/>
    <w:rsid w:val="0029274A"/>
  </w:style>
  <w:style w:type="paragraph" w:customStyle="1" w:styleId="FB6818D21BB741E589914092C876BA38">
    <w:name w:val="FB6818D21BB741E589914092C876BA38"/>
    <w:rsid w:val="0029274A"/>
  </w:style>
  <w:style w:type="paragraph" w:customStyle="1" w:styleId="6438C02DCBEE497498763C677E080EC9">
    <w:name w:val="6438C02DCBEE497498763C677E080EC9"/>
    <w:rsid w:val="0029274A"/>
  </w:style>
  <w:style w:type="paragraph" w:customStyle="1" w:styleId="EA969B3931D843F29254C19601A440CD">
    <w:name w:val="EA969B3931D843F29254C19601A440CD"/>
    <w:rsid w:val="0029274A"/>
  </w:style>
  <w:style w:type="paragraph" w:customStyle="1" w:styleId="25190A5C96C348C19EE72B8EEFA1FF84">
    <w:name w:val="25190A5C96C348C19EE72B8EEFA1FF84"/>
    <w:rsid w:val="0029274A"/>
  </w:style>
  <w:style w:type="paragraph" w:customStyle="1" w:styleId="76361D6A0B4E4718A3FBE2E0AFFE7FAB">
    <w:name w:val="76361D6A0B4E4718A3FBE2E0AFFE7FAB"/>
    <w:rsid w:val="0029274A"/>
  </w:style>
  <w:style w:type="paragraph" w:customStyle="1" w:styleId="1CD2DF10ACC94AE593527245B9B1E34C">
    <w:name w:val="1CD2DF10ACC94AE593527245B9B1E34C"/>
    <w:rsid w:val="0029274A"/>
  </w:style>
  <w:style w:type="paragraph" w:customStyle="1" w:styleId="F0C82A3DAC25416CAD1683FC2E8842D2">
    <w:name w:val="F0C82A3DAC25416CAD1683FC2E8842D2"/>
    <w:rsid w:val="0029274A"/>
  </w:style>
  <w:style w:type="paragraph" w:customStyle="1" w:styleId="63278F1C3209426ABAFFFEF55263E84F">
    <w:name w:val="63278F1C3209426ABAFFFEF55263E84F"/>
    <w:rsid w:val="0029274A"/>
  </w:style>
  <w:style w:type="paragraph" w:customStyle="1" w:styleId="0984586F23EC43C49B5F611945939EF2">
    <w:name w:val="0984586F23EC43C49B5F611945939EF2"/>
    <w:rsid w:val="0029274A"/>
  </w:style>
  <w:style w:type="paragraph" w:customStyle="1" w:styleId="3804E7A278DC40BA970358B0E7789B6C">
    <w:name w:val="3804E7A278DC40BA970358B0E7789B6C"/>
    <w:rsid w:val="0029274A"/>
  </w:style>
  <w:style w:type="paragraph" w:customStyle="1" w:styleId="F3DDBFAC5E50431CBB9E2266562C627E">
    <w:name w:val="F3DDBFAC5E50431CBB9E2266562C627E"/>
    <w:rsid w:val="0029274A"/>
  </w:style>
  <w:style w:type="paragraph" w:customStyle="1" w:styleId="CFCDC627CE414BFBA91889C3747AA966">
    <w:name w:val="CFCDC627CE414BFBA91889C3747AA966"/>
    <w:rsid w:val="0029274A"/>
  </w:style>
  <w:style w:type="paragraph" w:customStyle="1" w:styleId="6A0007F4290C47BB93F3E9EDCD211265">
    <w:name w:val="6A0007F4290C47BB93F3E9EDCD211265"/>
    <w:rsid w:val="0029274A"/>
  </w:style>
  <w:style w:type="paragraph" w:customStyle="1" w:styleId="9FDDF64E8388436EACFCBDFA2AE5D215">
    <w:name w:val="9FDDF64E8388436EACFCBDFA2AE5D215"/>
    <w:rsid w:val="0029274A"/>
  </w:style>
  <w:style w:type="paragraph" w:customStyle="1" w:styleId="19D433E2E0D34AF4979A9F8A8335BF33">
    <w:name w:val="19D433E2E0D34AF4979A9F8A8335BF33"/>
    <w:rsid w:val="0029274A"/>
  </w:style>
  <w:style w:type="paragraph" w:customStyle="1" w:styleId="DD55685636F74C7F9FAE1024549031B0">
    <w:name w:val="DD55685636F74C7F9FAE1024549031B0"/>
    <w:rsid w:val="0029274A"/>
  </w:style>
  <w:style w:type="paragraph" w:customStyle="1" w:styleId="7DD1F3651F7A43DEA6CC641851C10454">
    <w:name w:val="7DD1F3651F7A43DEA6CC641851C10454"/>
    <w:rsid w:val="0029274A"/>
  </w:style>
  <w:style w:type="paragraph" w:customStyle="1" w:styleId="13D56B889FE14FC0B49B2FF4FC52DC98">
    <w:name w:val="13D56B889FE14FC0B49B2FF4FC52DC98"/>
    <w:rsid w:val="0029274A"/>
  </w:style>
  <w:style w:type="paragraph" w:customStyle="1" w:styleId="0EC36021C12D4112A53E2CFE6CE6EA27">
    <w:name w:val="0EC36021C12D4112A53E2CFE6CE6EA27"/>
    <w:rsid w:val="0029274A"/>
  </w:style>
  <w:style w:type="paragraph" w:customStyle="1" w:styleId="063054A948A94803B1C82B137EB5F697">
    <w:name w:val="063054A948A94803B1C82B137EB5F697"/>
    <w:rsid w:val="0029274A"/>
  </w:style>
  <w:style w:type="paragraph" w:customStyle="1" w:styleId="316A8CBA100C4926936159E981CA4E6D">
    <w:name w:val="316A8CBA100C4926936159E981CA4E6D"/>
    <w:rsid w:val="0029274A"/>
  </w:style>
  <w:style w:type="paragraph" w:customStyle="1" w:styleId="36DF70C273CB4EECBB6FFEF4C07E3D34">
    <w:name w:val="36DF70C273CB4EECBB6FFEF4C07E3D34"/>
    <w:rsid w:val="0029274A"/>
  </w:style>
  <w:style w:type="paragraph" w:customStyle="1" w:styleId="11495A41D6B841A98F17A23A1538D7DD">
    <w:name w:val="11495A41D6B841A98F17A23A1538D7DD"/>
    <w:rsid w:val="0029274A"/>
  </w:style>
  <w:style w:type="paragraph" w:customStyle="1" w:styleId="6D385C4726A84493B09E361E9D0D9119">
    <w:name w:val="6D385C4726A84493B09E361E9D0D9119"/>
    <w:rsid w:val="0029274A"/>
  </w:style>
  <w:style w:type="paragraph" w:customStyle="1" w:styleId="3B31CC45C5C44F0290291F90DE0380B7">
    <w:name w:val="3B31CC45C5C44F0290291F90DE0380B7"/>
    <w:rsid w:val="0029274A"/>
  </w:style>
  <w:style w:type="paragraph" w:customStyle="1" w:styleId="385C71424FA842FBBA921170BB83818C">
    <w:name w:val="385C71424FA842FBBA921170BB83818C"/>
    <w:rsid w:val="0029274A"/>
  </w:style>
  <w:style w:type="paragraph" w:customStyle="1" w:styleId="CA6784174D41441095E6AE9C460A0DED">
    <w:name w:val="CA6784174D41441095E6AE9C460A0DED"/>
    <w:rsid w:val="0029274A"/>
  </w:style>
  <w:style w:type="paragraph" w:customStyle="1" w:styleId="185069B84DE44C1FBEAC8472F8B19B48">
    <w:name w:val="185069B84DE44C1FBEAC8472F8B19B48"/>
    <w:rsid w:val="0029274A"/>
  </w:style>
  <w:style w:type="paragraph" w:customStyle="1" w:styleId="020929BFEE9142649A07179BDC81D9D9">
    <w:name w:val="020929BFEE9142649A07179BDC81D9D9"/>
    <w:rsid w:val="0029274A"/>
  </w:style>
  <w:style w:type="paragraph" w:customStyle="1" w:styleId="1C59AC06D57943F59987BECE529D4065">
    <w:name w:val="1C59AC06D57943F59987BECE529D4065"/>
    <w:rsid w:val="0029274A"/>
  </w:style>
  <w:style w:type="paragraph" w:customStyle="1" w:styleId="18F311D6F125482DBD56502D9DE899C2">
    <w:name w:val="18F311D6F125482DBD56502D9DE899C2"/>
    <w:rsid w:val="0029274A"/>
  </w:style>
  <w:style w:type="paragraph" w:customStyle="1" w:styleId="2A9E5C74D42342FB9E0D36822B18E9EB">
    <w:name w:val="2A9E5C74D42342FB9E0D36822B18E9EB"/>
    <w:rsid w:val="0029274A"/>
  </w:style>
  <w:style w:type="paragraph" w:customStyle="1" w:styleId="00D1D5B8DD9C4836A30EB0C5DE2CDA9B">
    <w:name w:val="00D1D5B8DD9C4836A30EB0C5DE2CDA9B"/>
    <w:rsid w:val="0029274A"/>
  </w:style>
  <w:style w:type="paragraph" w:customStyle="1" w:styleId="7EEFF5EB26184FB69AB4E10CC39610A7">
    <w:name w:val="7EEFF5EB26184FB69AB4E10CC39610A7"/>
    <w:rsid w:val="0029274A"/>
  </w:style>
  <w:style w:type="paragraph" w:customStyle="1" w:styleId="2DE3E4DC75224C3CAEEFF3AC044C19C8">
    <w:name w:val="2DE3E4DC75224C3CAEEFF3AC044C19C8"/>
    <w:rsid w:val="0029274A"/>
  </w:style>
  <w:style w:type="paragraph" w:customStyle="1" w:styleId="460AEACB66D64CA7A40C1E34DAFADFA0">
    <w:name w:val="460AEACB66D64CA7A40C1E34DAFADFA0"/>
    <w:rsid w:val="0029274A"/>
  </w:style>
  <w:style w:type="paragraph" w:customStyle="1" w:styleId="893F203200E44DA1BED627A39307BB00">
    <w:name w:val="893F203200E44DA1BED627A39307BB00"/>
    <w:rsid w:val="0029274A"/>
  </w:style>
  <w:style w:type="paragraph" w:customStyle="1" w:styleId="E70014F06AAD4F1588ED39952938BA66">
    <w:name w:val="E70014F06AAD4F1588ED39952938BA66"/>
    <w:rsid w:val="0029274A"/>
  </w:style>
  <w:style w:type="paragraph" w:customStyle="1" w:styleId="DB2D43B30ABD477B8828B97458D0BF35">
    <w:name w:val="DB2D43B30ABD477B8828B97458D0BF35"/>
    <w:rsid w:val="0029274A"/>
  </w:style>
  <w:style w:type="paragraph" w:customStyle="1" w:styleId="59683D2108B34924888547FB8D7CE40B">
    <w:name w:val="59683D2108B34924888547FB8D7CE40B"/>
    <w:rsid w:val="0029274A"/>
  </w:style>
  <w:style w:type="paragraph" w:customStyle="1" w:styleId="D1D7F3EE76E34BCABB41BCCEA57002E4">
    <w:name w:val="D1D7F3EE76E34BCABB41BCCEA57002E4"/>
    <w:rsid w:val="0029274A"/>
  </w:style>
  <w:style w:type="paragraph" w:customStyle="1" w:styleId="45D72CE79CD5441A8B8EE60EB25BE741">
    <w:name w:val="45D72CE79CD5441A8B8EE60EB25BE741"/>
    <w:rsid w:val="0029274A"/>
  </w:style>
  <w:style w:type="paragraph" w:customStyle="1" w:styleId="A67D5D6C434B454BBF6D66C9F7639F0B">
    <w:name w:val="A67D5D6C434B454BBF6D66C9F7639F0B"/>
    <w:rsid w:val="0029274A"/>
  </w:style>
  <w:style w:type="paragraph" w:customStyle="1" w:styleId="0B7B0256C18F4CA1B5AAB7965A5B30E5">
    <w:name w:val="0B7B0256C18F4CA1B5AAB7965A5B30E5"/>
    <w:rsid w:val="0029274A"/>
  </w:style>
  <w:style w:type="paragraph" w:customStyle="1" w:styleId="3437ECCD72B646668E4A2DE84D6AB8B4">
    <w:name w:val="3437ECCD72B646668E4A2DE84D6AB8B4"/>
    <w:rsid w:val="0029274A"/>
  </w:style>
  <w:style w:type="paragraph" w:customStyle="1" w:styleId="5370FB08FF944A6F98BA5BD5C7A25CBA">
    <w:name w:val="5370FB08FF944A6F98BA5BD5C7A25CBA"/>
    <w:rsid w:val="0029274A"/>
  </w:style>
  <w:style w:type="paragraph" w:customStyle="1" w:styleId="209BF258A61F42B297E63D1D7F251C43">
    <w:name w:val="209BF258A61F42B297E63D1D7F251C43"/>
    <w:rsid w:val="0029274A"/>
  </w:style>
  <w:style w:type="paragraph" w:customStyle="1" w:styleId="75736D7BD26E43E39950248C22E27901">
    <w:name w:val="75736D7BD26E43E39950248C22E27901"/>
    <w:rsid w:val="0029274A"/>
  </w:style>
  <w:style w:type="paragraph" w:customStyle="1" w:styleId="254D966B966847028EE3557704411AA7">
    <w:name w:val="254D966B966847028EE3557704411AA7"/>
    <w:rsid w:val="0029274A"/>
  </w:style>
  <w:style w:type="paragraph" w:customStyle="1" w:styleId="8B9CE85EBB1E43A2846BC5D2FCEFA12D">
    <w:name w:val="8B9CE85EBB1E43A2846BC5D2FCEFA12D"/>
    <w:rsid w:val="0029274A"/>
  </w:style>
  <w:style w:type="paragraph" w:customStyle="1" w:styleId="2CD075C5F3924B489D6E50ED72BC0343">
    <w:name w:val="2CD075C5F3924B489D6E50ED72BC0343"/>
    <w:rsid w:val="0029274A"/>
  </w:style>
  <w:style w:type="paragraph" w:customStyle="1" w:styleId="2C28145A0C424AF4B5642492C6486936">
    <w:name w:val="2C28145A0C424AF4B5642492C6486936"/>
    <w:rsid w:val="0029274A"/>
  </w:style>
  <w:style w:type="paragraph" w:customStyle="1" w:styleId="CF62AE1629A24B54BD92BB52601864BE">
    <w:name w:val="CF62AE1629A24B54BD92BB52601864BE"/>
    <w:rsid w:val="0029274A"/>
  </w:style>
  <w:style w:type="paragraph" w:customStyle="1" w:styleId="F34C9DBD8615488DB137B8DB8E803F4A">
    <w:name w:val="F34C9DBD8615488DB137B8DB8E803F4A"/>
    <w:rsid w:val="0029274A"/>
  </w:style>
  <w:style w:type="paragraph" w:customStyle="1" w:styleId="89A8010318214397BB0CA184739326A8">
    <w:name w:val="89A8010318214397BB0CA184739326A8"/>
    <w:rsid w:val="0029274A"/>
    <w:pPr>
      <w:spacing w:after="200" w:line="276" w:lineRule="auto"/>
    </w:pPr>
    <w:rPr>
      <w:lang w:val="en-US" w:eastAsia="en-US"/>
    </w:rPr>
  </w:style>
  <w:style w:type="paragraph" w:customStyle="1" w:styleId="8CCBF62B1A824EE1B7C8DEEC6655CEB11">
    <w:name w:val="8CCBF62B1A824EE1B7C8DEEC6655CEB11"/>
    <w:rsid w:val="0029274A"/>
    <w:pPr>
      <w:spacing w:after="200" w:line="276" w:lineRule="auto"/>
    </w:pPr>
    <w:rPr>
      <w:lang w:val="en-US" w:eastAsia="en-US"/>
    </w:rPr>
  </w:style>
  <w:style w:type="paragraph" w:customStyle="1" w:styleId="8E93AB107B4E432A9C8C0A32874B72B5">
    <w:name w:val="8E93AB107B4E432A9C8C0A32874B72B5"/>
    <w:rsid w:val="0029274A"/>
    <w:pPr>
      <w:spacing w:after="200" w:line="276" w:lineRule="auto"/>
    </w:pPr>
    <w:rPr>
      <w:lang w:val="en-US" w:eastAsia="en-US"/>
    </w:rPr>
  </w:style>
  <w:style w:type="paragraph" w:customStyle="1" w:styleId="ECF41AFEB50A4C93B1B47786E17CFFBA1">
    <w:name w:val="ECF41AFEB50A4C93B1B47786E17CFFBA1"/>
    <w:rsid w:val="0029274A"/>
    <w:pPr>
      <w:spacing w:after="200" w:line="276" w:lineRule="auto"/>
    </w:pPr>
    <w:rPr>
      <w:lang w:val="en-US" w:eastAsia="en-US"/>
    </w:rPr>
  </w:style>
  <w:style w:type="paragraph" w:customStyle="1" w:styleId="DC302084459E4FEDBDF87551EE35A5EB1">
    <w:name w:val="DC302084459E4FEDBDF87551EE35A5EB1"/>
    <w:rsid w:val="0029274A"/>
    <w:pPr>
      <w:spacing w:after="200" w:line="276" w:lineRule="auto"/>
    </w:pPr>
    <w:rPr>
      <w:lang w:val="en-US" w:eastAsia="en-US"/>
    </w:rPr>
  </w:style>
  <w:style w:type="paragraph" w:customStyle="1" w:styleId="6A03221DCED24BD8BA3E336E2CCC53DB1">
    <w:name w:val="6A03221DCED24BD8BA3E336E2CCC53DB1"/>
    <w:rsid w:val="0029274A"/>
    <w:pPr>
      <w:spacing w:after="200" w:line="276" w:lineRule="auto"/>
    </w:pPr>
    <w:rPr>
      <w:lang w:val="en-US" w:eastAsia="en-US"/>
    </w:rPr>
  </w:style>
  <w:style w:type="paragraph" w:customStyle="1" w:styleId="D8894EBB91FD4FD783AA4112AA963EC21">
    <w:name w:val="D8894EBB91FD4FD783AA4112AA963EC21"/>
    <w:rsid w:val="0029274A"/>
    <w:pPr>
      <w:spacing w:after="200" w:line="276" w:lineRule="auto"/>
    </w:pPr>
    <w:rPr>
      <w:lang w:val="en-US" w:eastAsia="en-US"/>
    </w:rPr>
  </w:style>
  <w:style w:type="paragraph" w:customStyle="1" w:styleId="F7528320C0F14718BF28AC181342D2131">
    <w:name w:val="F7528320C0F14718BF28AC181342D2131"/>
    <w:rsid w:val="0029274A"/>
    <w:pPr>
      <w:spacing w:after="200" w:line="276" w:lineRule="auto"/>
    </w:pPr>
    <w:rPr>
      <w:lang w:val="en-US" w:eastAsia="en-US"/>
    </w:rPr>
  </w:style>
  <w:style w:type="paragraph" w:customStyle="1" w:styleId="FB6818D21BB741E589914092C876BA381">
    <w:name w:val="FB6818D21BB741E589914092C876BA381"/>
    <w:rsid w:val="0029274A"/>
    <w:pPr>
      <w:spacing w:after="200" w:line="276" w:lineRule="auto"/>
    </w:pPr>
    <w:rPr>
      <w:lang w:val="en-US" w:eastAsia="en-US"/>
    </w:rPr>
  </w:style>
  <w:style w:type="paragraph" w:customStyle="1" w:styleId="6438C02DCBEE497498763C677E080EC91">
    <w:name w:val="6438C02DCBEE497498763C677E080EC91"/>
    <w:rsid w:val="0029274A"/>
    <w:pPr>
      <w:spacing w:after="200" w:line="276" w:lineRule="auto"/>
    </w:pPr>
    <w:rPr>
      <w:lang w:val="en-US" w:eastAsia="en-US"/>
    </w:rPr>
  </w:style>
  <w:style w:type="paragraph" w:customStyle="1" w:styleId="EA969B3931D843F29254C19601A440CD1">
    <w:name w:val="EA969B3931D843F29254C19601A440CD1"/>
    <w:rsid w:val="0029274A"/>
    <w:pPr>
      <w:spacing w:after="200" w:line="276" w:lineRule="auto"/>
    </w:pPr>
    <w:rPr>
      <w:lang w:val="en-US" w:eastAsia="en-US"/>
    </w:rPr>
  </w:style>
  <w:style w:type="paragraph" w:customStyle="1" w:styleId="CF62AE1629A24B54BD92BB52601864BE1">
    <w:name w:val="CF62AE1629A24B54BD92BB52601864BE1"/>
    <w:rsid w:val="0029274A"/>
    <w:pPr>
      <w:spacing w:after="200" w:line="276" w:lineRule="auto"/>
    </w:pPr>
    <w:rPr>
      <w:lang w:val="en-US" w:eastAsia="en-US"/>
    </w:rPr>
  </w:style>
  <w:style w:type="paragraph" w:customStyle="1" w:styleId="F34C9DBD8615488DB137B8DB8E803F4A1">
    <w:name w:val="F34C9DBD8615488DB137B8DB8E803F4A1"/>
    <w:rsid w:val="0029274A"/>
    <w:pPr>
      <w:spacing w:after="200" w:line="276" w:lineRule="auto"/>
    </w:pPr>
    <w:rPr>
      <w:lang w:val="en-US" w:eastAsia="en-US"/>
    </w:rPr>
  </w:style>
  <w:style w:type="paragraph" w:customStyle="1" w:styleId="18F311D6F125482DBD56502D9DE899C21">
    <w:name w:val="18F311D6F125482DBD56502D9DE899C21"/>
    <w:rsid w:val="0029274A"/>
    <w:pPr>
      <w:spacing w:after="200" w:line="276" w:lineRule="auto"/>
    </w:pPr>
    <w:rPr>
      <w:lang w:val="en-US" w:eastAsia="en-US"/>
    </w:rPr>
  </w:style>
  <w:style w:type="paragraph" w:customStyle="1" w:styleId="2A9E5C74D42342FB9E0D36822B18E9EB1">
    <w:name w:val="2A9E5C74D42342FB9E0D36822B18E9EB1"/>
    <w:rsid w:val="0029274A"/>
    <w:pPr>
      <w:spacing w:after="200" w:line="276" w:lineRule="auto"/>
    </w:pPr>
    <w:rPr>
      <w:lang w:val="en-US" w:eastAsia="en-US"/>
    </w:rPr>
  </w:style>
  <w:style w:type="paragraph" w:customStyle="1" w:styleId="7AC4FB1D7C9A4EF799CC28EB2D147DD9">
    <w:name w:val="7AC4FB1D7C9A4EF799CC28EB2D147DD9"/>
    <w:rsid w:val="0029274A"/>
    <w:pPr>
      <w:spacing w:after="200" w:line="276" w:lineRule="auto"/>
    </w:pPr>
    <w:rPr>
      <w:lang w:val="en-US" w:eastAsia="en-US"/>
    </w:rPr>
  </w:style>
  <w:style w:type="paragraph" w:customStyle="1" w:styleId="00D1D5B8DD9C4836A30EB0C5DE2CDA9B1">
    <w:name w:val="00D1D5B8DD9C4836A30EB0C5DE2CDA9B1"/>
    <w:rsid w:val="0029274A"/>
    <w:pPr>
      <w:spacing w:after="200" w:line="276" w:lineRule="auto"/>
    </w:pPr>
    <w:rPr>
      <w:lang w:val="en-US" w:eastAsia="en-US"/>
    </w:rPr>
  </w:style>
  <w:style w:type="paragraph" w:customStyle="1" w:styleId="0CA8AF60B6ED4C3DA83349B715E8F714">
    <w:name w:val="0CA8AF60B6ED4C3DA83349B715E8F714"/>
    <w:rsid w:val="0029274A"/>
    <w:pPr>
      <w:spacing w:after="200" w:line="276" w:lineRule="auto"/>
    </w:pPr>
    <w:rPr>
      <w:lang w:val="en-US" w:eastAsia="en-US"/>
    </w:rPr>
  </w:style>
  <w:style w:type="paragraph" w:customStyle="1" w:styleId="14356121B9074C07AEFA8E399A8B3108">
    <w:name w:val="14356121B9074C07AEFA8E399A8B3108"/>
    <w:rsid w:val="0099560A"/>
  </w:style>
  <w:style w:type="paragraph" w:customStyle="1" w:styleId="B6BAF67376674A2EADB4C9572C462CB5">
    <w:name w:val="B6BAF67376674A2EADB4C9572C462CB5"/>
    <w:rsid w:val="0099560A"/>
  </w:style>
  <w:style w:type="paragraph" w:customStyle="1" w:styleId="2AE23616CF704936AC3EDA200757E444">
    <w:name w:val="2AE23616CF704936AC3EDA200757E444"/>
    <w:rsid w:val="0099560A"/>
  </w:style>
  <w:style w:type="paragraph" w:customStyle="1" w:styleId="3750BB629E1A4292B3590CFE64692671">
    <w:name w:val="3750BB629E1A4292B3590CFE64692671"/>
    <w:rsid w:val="0099560A"/>
  </w:style>
  <w:style w:type="paragraph" w:customStyle="1" w:styleId="4643E55C90E449EAA2BF45BA3A7A6519">
    <w:name w:val="4643E55C90E449EAA2BF45BA3A7A6519"/>
    <w:rsid w:val="0099560A"/>
  </w:style>
  <w:style w:type="paragraph" w:customStyle="1" w:styleId="C029DD6D789F4C94A700FC4574AD2930">
    <w:name w:val="C029DD6D789F4C94A700FC4574AD2930"/>
    <w:rsid w:val="0099560A"/>
  </w:style>
  <w:style w:type="paragraph" w:customStyle="1" w:styleId="9C8CC7AE619F448EB22255818C433C48">
    <w:name w:val="9C8CC7AE619F448EB22255818C433C48"/>
    <w:rsid w:val="0099560A"/>
  </w:style>
  <w:style w:type="paragraph" w:customStyle="1" w:styleId="E2441D48E2764098B171261ED8291ADB">
    <w:name w:val="E2441D48E2764098B171261ED8291ADB"/>
    <w:rsid w:val="0099560A"/>
  </w:style>
  <w:style w:type="paragraph" w:customStyle="1" w:styleId="88FF2929C7D049E9A7768A5273B4743A">
    <w:name w:val="88FF2929C7D049E9A7768A5273B4743A"/>
    <w:rsid w:val="009956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699B1F3-8699-4A1B-9647-BD14C43F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1815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2147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Clerenice Niederle</cp:lastModifiedBy>
  <cp:revision>2</cp:revision>
  <cp:lastPrinted>2026-03-26T14:44:00Z</cp:lastPrinted>
  <dcterms:created xsi:type="dcterms:W3CDTF">2026-03-27T18:35:00Z</dcterms:created>
  <dcterms:modified xsi:type="dcterms:W3CDTF">2026-03-27T18:35:00Z</dcterms:modified>
  <cp:category/>
</cp:coreProperties>
</file>