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F60" w:rsidRPr="008A24D7" w:rsidRDefault="009C30AC">
      <w:pPr>
        <w:jc w:val="center"/>
        <w:rPr>
          <w:sz w:val="28"/>
          <w:szCs w:val="20"/>
        </w:rPr>
      </w:pPr>
      <w:r w:rsidRPr="008A24D7">
        <w:rPr>
          <w:b/>
          <w:sz w:val="28"/>
          <w:szCs w:val="20"/>
        </w:rPr>
        <w:t xml:space="preserve">PREFEITURA </w:t>
      </w:r>
      <w:r w:rsidR="00C82946" w:rsidRPr="008A24D7">
        <w:rPr>
          <w:b/>
          <w:sz w:val="28"/>
          <w:szCs w:val="20"/>
        </w:rPr>
        <w:t>MUNICIPAL DE PAULO FRONTIN – PR</w:t>
      </w:r>
    </w:p>
    <w:p w:rsidR="00C82946" w:rsidRPr="00C82946" w:rsidRDefault="00C82946" w:rsidP="008A24D7">
      <w:pPr>
        <w:jc w:val="center"/>
        <w:rPr>
          <w:sz w:val="20"/>
          <w:szCs w:val="20"/>
        </w:rPr>
      </w:pPr>
      <w:r w:rsidRPr="00C82946">
        <w:rPr>
          <w:sz w:val="20"/>
          <w:szCs w:val="20"/>
        </w:rPr>
        <w:t>SECRETARIA DE ADMINISTRAÇÃO, PLANEJAMENTO E DESENVOLVIMENTO INTEGRADO</w:t>
      </w:r>
    </w:p>
    <w:p w:rsidR="000F65E5" w:rsidRDefault="000F65E5" w:rsidP="000F65E5">
      <w:r>
        <w:rPr>
          <w:b/>
        </w:rPr>
        <w:br/>
        <w:t>REQUERIMENTO DE CERTIDÃO DE CONCLUSÃO DE OBRA (HABITE-SE)</w:t>
      </w:r>
    </w:p>
    <w:p w:rsidR="00751F60" w:rsidRPr="00067F09" w:rsidRDefault="008A24D7" w:rsidP="00067F09">
      <w:pPr>
        <w:spacing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br/>
      </w:r>
      <w:r w:rsidR="009C30AC" w:rsidRPr="00C82946">
        <w:rPr>
          <w:b/>
          <w:sz w:val="20"/>
          <w:szCs w:val="20"/>
        </w:rPr>
        <w:br/>
      </w:r>
      <w:r w:rsidR="009C30AC" w:rsidRPr="00F04F41">
        <w:rPr>
          <w:b/>
          <w:color w:val="336600"/>
          <w:sz w:val="20"/>
          <w:szCs w:val="20"/>
        </w:rPr>
        <w:t>1. DADOS DO REQUERENTE</w:t>
      </w:r>
    </w:p>
    <w:p w:rsidR="00C82946" w:rsidRPr="00C82946" w:rsidRDefault="00C82946" w:rsidP="00067F09">
      <w:pPr>
        <w:spacing w:line="240" w:lineRule="auto"/>
        <w:rPr>
          <w:sz w:val="20"/>
          <w:szCs w:val="20"/>
        </w:rPr>
        <w:sectPr w:rsidR="00C82946" w:rsidRPr="00C82946" w:rsidSect="005F6D61">
          <w:pgSz w:w="12240" w:h="15840"/>
          <w:pgMar w:top="473" w:right="1800" w:bottom="1440" w:left="1800" w:header="720" w:footer="720" w:gutter="0"/>
          <w:cols w:space="720"/>
          <w:docGrid w:linePitch="360"/>
        </w:sectPr>
      </w:pPr>
    </w:p>
    <w:tbl>
      <w:tblPr>
        <w:tblStyle w:val="Tabelacomgrade"/>
        <w:tblpPr w:leftFromText="141" w:rightFromText="141" w:vertAnchor="text" w:horzAnchor="margin" w:tblpY="139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3"/>
        <w:gridCol w:w="3160"/>
        <w:gridCol w:w="2203"/>
        <w:gridCol w:w="2795"/>
      </w:tblGrid>
      <w:tr w:rsidR="00250011" w:rsidTr="002624E1">
        <w:trPr>
          <w:trHeight w:val="312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Nome Completo:</w:t>
            </w:r>
          </w:p>
        </w:tc>
        <w:sdt>
          <w:sdtPr>
            <w:rPr>
              <w:sz w:val="20"/>
              <w:szCs w:val="20"/>
            </w:rPr>
            <w:id w:val="-361667383"/>
            <w:placeholder>
              <w:docPart w:val="89A8010318214397BB0CA184739326A8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3160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  <w:bookmarkEnd w:id="0" w:displacedByCustomXml="next"/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Endereço Completo: </w:t>
            </w:r>
          </w:p>
        </w:tc>
        <w:sdt>
          <w:sdtPr>
            <w:rPr>
              <w:sz w:val="18"/>
              <w:szCs w:val="20"/>
            </w:rPr>
            <w:id w:val="-2079971131"/>
            <w:placeholder>
              <w:docPart w:val="8CCBF62B1A824EE1B7C8DEEC6655CEB1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50011" w:rsidTr="002624E1">
        <w:trPr>
          <w:trHeight w:val="333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CPF/CNPJ: </w:t>
            </w:r>
          </w:p>
        </w:tc>
        <w:sdt>
          <w:sdtPr>
            <w:rPr>
              <w:sz w:val="18"/>
              <w:szCs w:val="20"/>
            </w:rPr>
            <w:id w:val="1655484828"/>
            <w:placeholder>
              <w:docPart w:val="8E93AB107B4E432A9C8C0A32874B72B5"/>
            </w:placeholder>
            <w:showingPlcHdr/>
            <w:text/>
          </w:sdtPr>
          <w:sdtEndPr/>
          <w:sdtContent>
            <w:tc>
              <w:tcPr>
                <w:tcW w:w="3160" w:type="dxa"/>
              </w:tcPr>
              <w:p w:rsidR="00250011" w:rsidRPr="002624E1" w:rsidRDefault="002624E1" w:rsidP="002624E1">
                <w:pPr>
                  <w:rPr>
                    <w:sz w:val="18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Bairro: </w:t>
            </w:r>
          </w:p>
        </w:tc>
        <w:sdt>
          <w:sdtPr>
            <w:rPr>
              <w:sz w:val="18"/>
              <w:szCs w:val="20"/>
            </w:rPr>
            <w:id w:val="-995113685"/>
            <w:placeholder>
              <w:docPart w:val="ECF41AFEB50A4C93B1B47786E17CFFBA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50011" w:rsidTr="002624E1">
        <w:trPr>
          <w:trHeight w:val="312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 xml:space="preserve">Telefone: </w:t>
            </w:r>
          </w:p>
        </w:tc>
        <w:sdt>
          <w:sdtPr>
            <w:rPr>
              <w:sz w:val="18"/>
              <w:szCs w:val="20"/>
            </w:rPr>
            <w:id w:val="-1260212747"/>
            <w:placeholder>
              <w:docPart w:val="DC302084459E4FEDBDF87551EE35A5EB"/>
            </w:placeholder>
            <w:showingPlcHdr/>
            <w:text/>
          </w:sdtPr>
          <w:sdtEndPr/>
          <w:sdtContent>
            <w:tc>
              <w:tcPr>
                <w:tcW w:w="3160" w:type="dxa"/>
              </w:tcPr>
              <w:p w:rsidR="00250011" w:rsidRDefault="002624E1" w:rsidP="002624E1">
                <w:pPr>
                  <w:rPr>
                    <w:sz w:val="20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Cidade:</w:t>
            </w:r>
          </w:p>
        </w:tc>
        <w:sdt>
          <w:sdtPr>
            <w:rPr>
              <w:sz w:val="18"/>
              <w:szCs w:val="20"/>
            </w:rPr>
            <w:id w:val="1280223245"/>
            <w:placeholder>
              <w:docPart w:val="6A03221DCED24BD8BA3E336E2CCC53DB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50011" w:rsidTr="002624E1">
        <w:trPr>
          <w:trHeight w:val="312"/>
        </w:trPr>
        <w:tc>
          <w:tcPr>
            <w:tcW w:w="183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E-mail:</w:t>
            </w:r>
          </w:p>
        </w:tc>
        <w:sdt>
          <w:sdtPr>
            <w:rPr>
              <w:sz w:val="18"/>
              <w:szCs w:val="20"/>
            </w:rPr>
            <w:id w:val="1859305926"/>
            <w:placeholder>
              <w:docPart w:val="D8894EBB91FD4FD783AA4112AA963EC2"/>
            </w:placeholder>
            <w:showingPlcHdr/>
            <w:text/>
          </w:sdtPr>
          <w:sdtEndPr/>
          <w:sdtContent>
            <w:tc>
              <w:tcPr>
                <w:tcW w:w="3160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50011" w:rsidRPr="002624E1" w:rsidRDefault="00250011" w:rsidP="00250011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CEP:</w:t>
            </w:r>
          </w:p>
        </w:tc>
        <w:sdt>
          <w:sdtPr>
            <w:rPr>
              <w:sz w:val="18"/>
              <w:szCs w:val="20"/>
            </w:rPr>
            <w:id w:val="-509520984"/>
            <w:placeholder>
              <w:docPart w:val="F7528320C0F14718BF28AC181342D213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50011" w:rsidRDefault="002624E1" w:rsidP="00250011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</w:tbl>
    <w:p w:rsidR="002624E1" w:rsidRDefault="002624E1" w:rsidP="00067F09">
      <w:pPr>
        <w:spacing w:line="240" w:lineRule="auto"/>
        <w:rPr>
          <w:b/>
          <w:sz w:val="20"/>
          <w:szCs w:val="20"/>
        </w:rPr>
      </w:pPr>
    </w:p>
    <w:p w:rsidR="00C82946" w:rsidRPr="00F04F41" w:rsidRDefault="009C30AC" w:rsidP="00067F09">
      <w:pPr>
        <w:spacing w:line="240" w:lineRule="auto"/>
        <w:rPr>
          <w:color w:val="336600"/>
          <w:sz w:val="20"/>
          <w:szCs w:val="20"/>
        </w:rPr>
        <w:sectPr w:rsidR="00C82946" w:rsidRPr="00F04F41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 w:rsidRPr="00F04F41">
        <w:rPr>
          <w:b/>
          <w:color w:val="336600"/>
          <w:sz w:val="20"/>
          <w:szCs w:val="20"/>
        </w:rPr>
        <w:t xml:space="preserve">2. DADOS DO IMÓVEL / LOCAL DA </w:t>
      </w:r>
      <w:r w:rsidR="000F65E5">
        <w:rPr>
          <w:b/>
          <w:color w:val="336600"/>
          <w:sz w:val="20"/>
          <w:szCs w:val="20"/>
        </w:rPr>
        <w:t>OBRA</w:t>
      </w:r>
    </w:p>
    <w:tbl>
      <w:tblPr>
        <w:tblStyle w:val="Tabelacomgrade"/>
        <w:tblpPr w:leftFromText="141" w:rightFromText="141" w:vertAnchor="text" w:horzAnchor="margin" w:tblpY="139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3013"/>
        <w:gridCol w:w="2203"/>
        <w:gridCol w:w="2795"/>
      </w:tblGrid>
      <w:tr w:rsidR="002624E1" w:rsidTr="00F94854">
        <w:trPr>
          <w:trHeight w:val="312"/>
        </w:trPr>
        <w:tc>
          <w:tcPr>
            <w:tcW w:w="1980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Endereço da obra:</w:t>
            </w:r>
          </w:p>
        </w:tc>
        <w:sdt>
          <w:sdtPr>
            <w:rPr>
              <w:sz w:val="20"/>
              <w:szCs w:val="20"/>
            </w:rPr>
            <w:id w:val="38486424"/>
            <w:placeholder>
              <w:docPart w:val="FB6818D21BB741E589914092C876BA38"/>
            </w:placeholder>
            <w:showingPlcHdr/>
          </w:sdtPr>
          <w:sdtEndPr/>
          <w:sdtContent>
            <w:tc>
              <w:tcPr>
                <w:tcW w:w="3013" w:type="dxa"/>
              </w:tcPr>
              <w:p w:rsidR="002624E1" w:rsidRDefault="002624E1" w:rsidP="002624E1">
                <w:pPr>
                  <w:rPr>
                    <w:sz w:val="20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Numeração Predial</w:t>
            </w:r>
            <w:r w:rsidRPr="002624E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:</w:t>
            </w:r>
          </w:p>
        </w:tc>
        <w:sdt>
          <w:sdtPr>
            <w:rPr>
              <w:sz w:val="18"/>
              <w:szCs w:val="20"/>
            </w:rPr>
            <w:id w:val="-1240708003"/>
            <w:placeholder>
              <w:docPart w:val="6438C02DCBEE497498763C677E080EC9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624E1" w:rsidRDefault="002624E1" w:rsidP="00DC7E15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  <w:tr w:rsidR="002624E1" w:rsidTr="00F94854">
        <w:trPr>
          <w:trHeight w:val="333"/>
        </w:trPr>
        <w:tc>
          <w:tcPr>
            <w:tcW w:w="1980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Bairro</w:t>
            </w:r>
            <w:r w:rsidRPr="002624E1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:</w:t>
            </w:r>
          </w:p>
        </w:tc>
        <w:sdt>
          <w:sdtPr>
            <w:rPr>
              <w:szCs w:val="20"/>
            </w:rPr>
            <w:id w:val="-265536252"/>
            <w:placeholder>
              <w:docPart w:val="DefaultPlaceholder_1081868575"/>
            </w:placeholder>
            <w:comboBox>
              <w:listItem w:value="Escolher um item."/>
              <w:listItem w:displayText="Centro" w:value="Centro"/>
              <w:listItem w:displayText="Alto Paraiso" w:value="Alto Paraiso"/>
              <w:listItem w:displayText="São Francisco de Assis" w:value="São Francisco de Assis"/>
              <w:listItem w:displayText="Barreiros" w:value="Barreiros"/>
              <w:listItem w:displayText="Tancredo Neves" w:value="Tancredo Neves"/>
              <w:listItem w:displayText="Palmital" w:value="Palmital"/>
            </w:comboBox>
          </w:sdtPr>
          <w:sdtEndPr/>
          <w:sdtContent>
            <w:tc>
              <w:tcPr>
                <w:tcW w:w="3013" w:type="dxa"/>
              </w:tcPr>
              <w:p w:rsidR="002624E1" w:rsidRPr="002624E1" w:rsidRDefault="002624E1" w:rsidP="002624E1">
                <w:pPr>
                  <w:rPr>
                    <w:sz w:val="18"/>
                    <w:szCs w:val="20"/>
                  </w:rPr>
                </w:pPr>
                <w:r>
                  <w:rPr>
                    <w:szCs w:val="20"/>
                  </w:rPr>
                  <w:t>Centro</w:t>
                </w:r>
              </w:p>
            </w:tc>
          </w:sdtContent>
        </w:sdt>
        <w:tc>
          <w:tcPr>
            <w:tcW w:w="2203" w:type="dxa"/>
          </w:tcPr>
          <w:p w:rsidR="002624E1" w:rsidRPr="002624E1" w:rsidRDefault="002624E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Matrícula do Imóvel:</w:t>
            </w:r>
            <w:r w:rsidRPr="002624E1">
              <w:rPr>
                <w:b/>
                <w:sz w:val="20"/>
                <w:szCs w:val="20"/>
              </w:rPr>
              <w:t xml:space="preserve"> </w:t>
            </w:r>
          </w:p>
        </w:tc>
        <w:sdt>
          <w:sdtPr>
            <w:rPr>
              <w:sz w:val="18"/>
              <w:szCs w:val="20"/>
            </w:rPr>
            <w:id w:val="-1517147341"/>
            <w:placeholder>
              <w:docPart w:val="EA969B3931D843F29254C19601A440CD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2624E1" w:rsidRDefault="002624E1" w:rsidP="00DC7E15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</w:tr>
    </w:tbl>
    <w:p w:rsidR="007D1171" w:rsidRDefault="007D1171" w:rsidP="00067F09">
      <w:pPr>
        <w:spacing w:line="240" w:lineRule="auto"/>
        <w:rPr>
          <w:b/>
          <w:sz w:val="20"/>
          <w:szCs w:val="20"/>
        </w:rPr>
        <w:sectPr w:rsidR="007D1171" w:rsidSect="007D1171">
          <w:type w:val="continuous"/>
          <w:pgSz w:w="12240" w:h="15840"/>
          <w:pgMar w:top="1440" w:right="1800" w:bottom="1440" w:left="1800" w:header="720" w:footer="720" w:gutter="0"/>
          <w:cols w:num="2" w:space="720"/>
          <w:docGrid w:linePitch="360"/>
        </w:sectPr>
      </w:pPr>
    </w:p>
    <w:p w:rsidR="002624E1" w:rsidRDefault="002624E1" w:rsidP="00067F09">
      <w:pPr>
        <w:spacing w:line="240" w:lineRule="auto"/>
        <w:rPr>
          <w:b/>
          <w:sz w:val="20"/>
          <w:szCs w:val="20"/>
        </w:rPr>
      </w:pPr>
    </w:p>
    <w:p w:rsidR="005F6D61" w:rsidRPr="00F04F41" w:rsidRDefault="00F04F41" w:rsidP="005F6D61">
      <w:pPr>
        <w:spacing w:line="240" w:lineRule="auto"/>
        <w:rPr>
          <w:color w:val="336600"/>
          <w:sz w:val="20"/>
          <w:szCs w:val="20"/>
        </w:rPr>
        <w:sectPr w:rsidR="005F6D61" w:rsidRPr="00F04F41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  <w:r w:rsidRPr="00F04F41">
        <w:rPr>
          <w:b/>
          <w:color w:val="336600"/>
          <w:sz w:val="20"/>
          <w:szCs w:val="20"/>
        </w:rPr>
        <w:t>3</w:t>
      </w:r>
      <w:r w:rsidR="005F6D61" w:rsidRPr="00F04F41">
        <w:rPr>
          <w:b/>
          <w:color w:val="336600"/>
          <w:sz w:val="20"/>
          <w:szCs w:val="20"/>
        </w:rPr>
        <w:t>. RESPONSÁVEL TÉCNICO</w:t>
      </w:r>
    </w:p>
    <w:tbl>
      <w:tblPr>
        <w:tblStyle w:val="Tabelacomgrade"/>
        <w:tblpPr w:leftFromText="141" w:rightFromText="141" w:vertAnchor="text" w:horzAnchor="margin" w:tblpY="139"/>
        <w:tblW w:w="99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3"/>
        <w:gridCol w:w="3160"/>
        <w:gridCol w:w="2203"/>
        <w:gridCol w:w="2795"/>
      </w:tblGrid>
      <w:tr w:rsidR="005F6D61" w:rsidTr="00DC7E15">
        <w:trPr>
          <w:trHeight w:val="312"/>
        </w:trPr>
        <w:tc>
          <w:tcPr>
            <w:tcW w:w="1833" w:type="dxa"/>
          </w:tcPr>
          <w:p w:rsidR="005F6D61" w:rsidRPr="002624E1" w:rsidRDefault="005F6D61" w:rsidP="00DC7E15">
            <w:pPr>
              <w:rPr>
                <w:b/>
                <w:sz w:val="20"/>
                <w:szCs w:val="20"/>
              </w:rPr>
            </w:pPr>
            <w:r w:rsidRPr="002624E1">
              <w:rPr>
                <w:b/>
                <w:sz w:val="20"/>
                <w:szCs w:val="20"/>
              </w:rPr>
              <w:t>Nome Completo:</w:t>
            </w:r>
          </w:p>
        </w:tc>
        <w:sdt>
          <w:sdtPr>
            <w:rPr>
              <w:sz w:val="20"/>
              <w:szCs w:val="20"/>
            </w:rPr>
            <w:id w:val="1824544132"/>
            <w:placeholder>
              <w:docPart w:val="CF62AE1629A24B54BD92BB52601864BE"/>
            </w:placeholder>
            <w:showingPlcHdr/>
          </w:sdtPr>
          <w:sdtEndPr/>
          <w:sdtContent>
            <w:tc>
              <w:tcPr>
                <w:tcW w:w="3160" w:type="dxa"/>
              </w:tcPr>
              <w:p w:rsidR="005F6D61" w:rsidRDefault="005F6D61" w:rsidP="00DC7E15">
                <w:pPr>
                  <w:rPr>
                    <w:sz w:val="20"/>
                    <w:szCs w:val="20"/>
                  </w:rPr>
                </w:pPr>
                <w:r w:rsidRPr="002624E1">
                  <w:rPr>
                    <w:rStyle w:val="TextodoEspaoReservado"/>
                    <w:sz w:val="20"/>
                  </w:rPr>
                  <w:t>Clique aqui para digitar texto.</w:t>
                </w:r>
              </w:p>
            </w:tc>
          </w:sdtContent>
        </w:sdt>
        <w:tc>
          <w:tcPr>
            <w:tcW w:w="2203" w:type="dxa"/>
          </w:tcPr>
          <w:p w:rsidR="005F6D61" w:rsidRPr="002624E1" w:rsidRDefault="005F6D61" w:rsidP="00DC7E1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CREA/CAU:</w:t>
            </w:r>
          </w:p>
        </w:tc>
        <w:sdt>
          <w:sdtPr>
            <w:rPr>
              <w:sz w:val="18"/>
              <w:szCs w:val="20"/>
            </w:rPr>
            <w:id w:val="-19628540"/>
            <w:placeholder>
              <w:docPart w:val="F34C9DBD8615488DB137B8DB8E803F4A"/>
            </w:placeholder>
            <w:showingPlcHdr/>
            <w:text/>
          </w:sdtPr>
          <w:sdtEndPr/>
          <w:sdtContent>
            <w:tc>
              <w:tcPr>
                <w:tcW w:w="2795" w:type="dxa"/>
              </w:tcPr>
              <w:p w:rsidR="005F6D61" w:rsidRDefault="005F6D61" w:rsidP="00DC7E15">
                <w:pPr>
                  <w:rPr>
                    <w:sz w:val="20"/>
                    <w:szCs w:val="20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</w:tr>
    </w:tbl>
    <w:p w:rsidR="00751F60" w:rsidRPr="00F04F41" w:rsidRDefault="00F04F41" w:rsidP="00067F09">
      <w:pPr>
        <w:spacing w:line="240" w:lineRule="auto"/>
        <w:rPr>
          <w:color w:val="336600"/>
          <w:sz w:val="20"/>
          <w:szCs w:val="20"/>
        </w:rPr>
      </w:pPr>
      <w:r w:rsidRPr="00F04F41">
        <w:rPr>
          <w:b/>
          <w:color w:val="336600"/>
          <w:sz w:val="20"/>
          <w:szCs w:val="20"/>
        </w:rPr>
        <w:t>4</w:t>
      </w:r>
      <w:r w:rsidR="009C30AC" w:rsidRPr="00F04F41">
        <w:rPr>
          <w:b/>
          <w:color w:val="336600"/>
          <w:sz w:val="20"/>
          <w:szCs w:val="20"/>
        </w:rPr>
        <w:t>. CARACTERÍSTICAS DO PROJETO</w:t>
      </w:r>
    </w:p>
    <w:tbl>
      <w:tblPr>
        <w:tblStyle w:val="Tabelacomgrade"/>
        <w:tblpPr w:leftFromText="141" w:rightFromText="141" w:vertAnchor="text" w:horzAnchor="margin" w:tblpY="19"/>
        <w:tblW w:w="100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7"/>
        <w:gridCol w:w="1534"/>
        <w:gridCol w:w="5471"/>
      </w:tblGrid>
      <w:tr w:rsidR="00E15341" w:rsidTr="005F6D61">
        <w:trPr>
          <w:trHeight w:val="530"/>
        </w:trPr>
        <w:tc>
          <w:tcPr>
            <w:tcW w:w="2997" w:type="dxa"/>
          </w:tcPr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  <w:r w:rsidRPr="00082FB5">
              <w:rPr>
                <w:rFonts w:cstheme="majorHAnsi"/>
                <w:b/>
                <w:sz w:val="18"/>
                <w:szCs w:val="18"/>
              </w:rPr>
              <w:t xml:space="preserve">Área Total da Construção (m²): </w:t>
            </w:r>
          </w:p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</w:p>
        </w:tc>
        <w:sdt>
          <w:sdtPr>
            <w:rPr>
              <w:rFonts w:cstheme="majorHAnsi"/>
              <w:sz w:val="18"/>
              <w:szCs w:val="18"/>
            </w:rPr>
            <w:id w:val="1630667866"/>
            <w:placeholder>
              <w:docPart w:val="18F311D6F125482DBD56502D9DE899C2"/>
            </w:placeholder>
            <w:showingPlcHdr/>
          </w:sdtPr>
          <w:sdtEndPr/>
          <w:sdtContent>
            <w:tc>
              <w:tcPr>
                <w:tcW w:w="1534" w:type="dxa"/>
              </w:tcPr>
              <w:p w:rsidR="008A24D7" w:rsidRPr="00082FB5" w:rsidRDefault="00082FB5" w:rsidP="00E15341">
                <w:pPr>
                  <w:rPr>
                    <w:rFonts w:cstheme="majorHAnsi"/>
                    <w:sz w:val="18"/>
                    <w:szCs w:val="18"/>
                  </w:rPr>
                </w:pPr>
                <w:r w:rsidRPr="00E91124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  <w:tc>
          <w:tcPr>
            <w:tcW w:w="5471" w:type="dxa"/>
          </w:tcPr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  <w:r w:rsidRPr="00082FB5">
              <w:rPr>
                <w:rFonts w:cstheme="majorHAnsi"/>
                <w:sz w:val="18"/>
                <w:szCs w:val="18"/>
              </w:rPr>
              <w:t>Tipo de Obra:</w:t>
            </w:r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ajorHAnsi"/>
                  <w:sz w:val="18"/>
                  <w:szCs w:val="18"/>
                </w:rPr>
                <w:id w:val="19919088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82FB5">
                  <w:rPr>
                    <w:rFonts w:ascii="MS Gothic" w:eastAsia="MS Gothic" w:hAnsi="MS Gothic" w:cstheme="majorHAnsi" w:hint="eastAsia"/>
                    <w:sz w:val="18"/>
                    <w:szCs w:val="18"/>
                  </w:rPr>
                  <w:t>☐</w:t>
                </w:r>
              </w:sdtContent>
            </w:sdt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 Construção </w:t>
            </w:r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ajorHAnsi"/>
                  <w:sz w:val="18"/>
                  <w:szCs w:val="18"/>
                </w:rPr>
                <w:id w:val="-1882697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 Reforma</w:t>
            </w:r>
            <w:r w:rsidRPr="00082FB5">
              <w:rPr>
                <w:rFonts w:cstheme="majorHAnsi"/>
                <w:sz w:val="18"/>
                <w:szCs w:val="18"/>
              </w:rPr>
              <w:br/>
              <w:t xml:space="preserve"> </w:t>
            </w:r>
            <w:sdt>
              <w:sdtPr>
                <w:rPr>
                  <w:rFonts w:cstheme="majorHAnsi"/>
                  <w:sz w:val="18"/>
                  <w:szCs w:val="18"/>
                </w:rPr>
                <w:id w:val="-11815117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>Ampliação</w:t>
            </w:r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ajorHAnsi"/>
                  <w:sz w:val="18"/>
                  <w:szCs w:val="18"/>
                </w:rPr>
                <w:id w:val="724728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Reforma e Ampliação</w:t>
            </w:r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 </w:t>
            </w:r>
            <w:sdt>
              <w:sdtPr>
                <w:rPr>
                  <w:rFonts w:cstheme="majorHAnsi"/>
                  <w:sz w:val="18"/>
                  <w:szCs w:val="18"/>
                </w:rPr>
                <w:id w:val="1754313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Demolição</w:t>
            </w:r>
          </w:p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</w:p>
        </w:tc>
      </w:tr>
      <w:tr w:rsidR="00E15341" w:rsidTr="005F6D61">
        <w:trPr>
          <w:trHeight w:val="358"/>
        </w:trPr>
        <w:tc>
          <w:tcPr>
            <w:tcW w:w="2997" w:type="dxa"/>
          </w:tcPr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  <w:r w:rsidRPr="00082FB5">
              <w:rPr>
                <w:rFonts w:cstheme="majorHAnsi"/>
                <w:b/>
                <w:sz w:val="18"/>
                <w:szCs w:val="18"/>
              </w:rPr>
              <w:t xml:space="preserve">Número de Unidades: </w:t>
            </w:r>
          </w:p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</w:p>
        </w:tc>
        <w:sdt>
          <w:sdtPr>
            <w:rPr>
              <w:rFonts w:cstheme="majorHAnsi"/>
              <w:sz w:val="18"/>
              <w:szCs w:val="18"/>
            </w:rPr>
            <w:id w:val="-1127390129"/>
            <w:placeholder>
              <w:docPart w:val="2A9E5C74D42342FB9E0D36822B18E9EB"/>
            </w:placeholder>
            <w:showingPlcHdr/>
            <w:text/>
          </w:sdtPr>
          <w:sdtEndPr/>
          <w:sdtContent>
            <w:tc>
              <w:tcPr>
                <w:tcW w:w="1534" w:type="dxa"/>
              </w:tcPr>
              <w:p w:rsidR="008A24D7" w:rsidRPr="00082FB5" w:rsidRDefault="008A24D7" w:rsidP="00E15341">
                <w:pPr>
                  <w:rPr>
                    <w:rFonts w:cstheme="majorHAnsi"/>
                    <w:sz w:val="18"/>
                    <w:szCs w:val="18"/>
                  </w:rPr>
                </w:pPr>
                <w:r w:rsidRPr="00082FB5">
                  <w:rPr>
                    <w:rStyle w:val="TextodoEspaoReservado"/>
                    <w:rFonts w:cstheme="majorHAnsi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tc>
          <w:tcPr>
            <w:tcW w:w="5471" w:type="dxa"/>
          </w:tcPr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  <w:r w:rsidRPr="00082FB5">
              <w:rPr>
                <w:rFonts w:cstheme="majorHAnsi"/>
                <w:sz w:val="18"/>
                <w:szCs w:val="18"/>
              </w:rPr>
              <w:t xml:space="preserve">Tipo de Estrutura: </w:t>
            </w:r>
            <w:sdt>
              <w:sdtPr>
                <w:rPr>
                  <w:rFonts w:cstheme="majorHAnsi"/>
                  <w:sz w:val="18"/>
                  <w:szCs w:val="18"/>
                </w:rPr>
                <w:id w:val="-1777625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Alvenaria </w:t>
            </w:r>
            <w:sdt>
              <w:sdtPr>
                <w:rPr>
                  <w:rFonts w:cstheme="majorHAnsi"/>
                  <w:sz w:val="18"/>
                  <w:szCs w:val="18"/>
                </w:rPr>
                <w:id w:val="2059207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Madeira </w:t>
            </w:r>
            <w:sdt>
              <w:sdtPr>
                <w:rPr>
                  <w:rFonts w:cstheme="majorHAnsi"/>
                  <w:sz w:val="18"/>
                  <w:szCs w:val="18"/>
                </w:rPr>
                <w:id w:val="1411889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Mista </w:t>
            </w:r>
            <w:r w:rsidR="00E15341">
              <w:rPr>
                <w:rFonts w:cstheme="majorHAnsi"/>
                <w:sz w:val="18"/>
                <w:szCs w:val="18"/>
              </w:rPr>
              <w:br/>
            </w:r>
            <w:r w:rsidRPr="00082FB5">
              <w:rPr>
                <w:rFonts w:cstheme="majorHAnsi"/>
                <w:sz w:val="18"/>
                <w:szCs w:val="18"/>
              </w:rPr>
              <w:t xml:space="preserve">Outro: </w:t>
            </w:r>
            <w:sdt>
              <w:sdtPr>
                <w:rPr>
                  <w:rFonts w:cstheme="majorHAnsi"/>
                  <w:sz w:val="18"/>
                  <w:szCs w:val="18"/>
                </w:rPr>
                <w:id w:val="-260224574"/>
                <w:placeholder>
                  <w:docPart w:val="7AC4FB1D7C9A4EF799CC28EB2D147DD9"/>
                </w:placeholder>
                <w:showingPlcHdr/>
                <w:text/>
              </w:sdtPr>
              <w:sdtEndPr/>
              <w:sdtContent>
                <w:r w:rsidR="00E15341" w:rsidRPr="00E91124">
                  <w:rPr>
                    <w:rStyle w:val="TextodoEspaoReservado"/>
                  </w:rPr>
                  <w:t>Clique aqui para digitar texto.</w:t>
                </w:r>
              </w:sdtContent>
            </w:sdt>
          </w:p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</w:p>
        </w:tc>
      </w:tr>
      <w:tr w:rsidR="00E15341" w:rsidTr="005F6D61">
        <w:trPr>
          <w:trHeight w:val="387"/>
        </w:trPr>
        <w:tc>
          <w:tcPr>
            <w:tcW w:w="2997" w:type="dxa"/>
          </w:tcPr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  <w:r w:rsidRPr="00082FB5">
              <w:rPr>
                <w:rFonts w:cstheme="majorHAnsi"/>
                <w:b/>
                <w:sz w:val="18"/>
                <w:szCs w:val="18"/>
              </w:rPr>
              <w:t xml:space="preserve">Número de Pavimentos: </w:t>
            </w:r>
          </w:p>
          <w:p w:rsidR="008A24D7" w:rsidRPr="00082FB5" w:rsidRDefault="008A24D7" w:rsidP="00E15341">
            <w:pPr>
              <w:rPr>
                <w:rFonts w:cstheme="majorHAnsi"/>
                <w:b/>
                <w:sz w:val="18"/>
                <w:szCs w:val="18"/>
              </w:rPr>
            </w:pPr>
          </w:p>
        </w:tc>
        <w:sdt>
          <w:sdtPr>
            <w:rPr>
              <w:rFonts w:cstheme="majorHAnsi"/>
              <w:sz w:val="18"/>
              <w:szCs w:val="18"/>
            </w:rPr>
            <w:id w:val="88045879"/>
            <w:placeholder>
              <w:docPart w:val="00D1D5B8DD9C4836A30EB0C5DE2CDA9B"/>
            </w:placeholder>
            <w:showingPlcHdr/>
            <w:text/>
          </w:sdtPr>
          <w:sdtEndPr/>
          <w:sdtContent>
            <w:tc>
              <w:tcPr>
                <w:tcW w:w="1534" w:type="dxa"/>
              </w:tcPr>
              <w:p w:rsidR="008A24D7" w:rsidRPr="00082FB5" w:rsidRDefault="008A24D7" w:rsidP="00E15341">
                <w:pPr>
                  <w:rPr>
                    <w:rFonts w:cstheme="majorHAnsi"/>
                    <w:sz w:val="18"/>
                    <w:szCs w:val="18"/>
                  </w:rPr>
                </w:pPr>
                <w:r w:rsidRPr="00082FB5">
                  <w:rPr>
                    <w:rStyle w:val="TextodoEspaoReservado"/>
                    <w:rFonts w:cstheme="majorHAnsi"/>
                    <w:sz w:val="18"/>
                    <w:szCs w:val="18"/>
                  </w:rPr>
                  <w:t>Clique aqui para digitar texto.</w:t>
                </w:r>
              </w:p>
            </w:tc>
          </w:sdtContent>
        </w:sdt>
        <w:tc>
          <w:tcPr>
            <w:tcW w:w="5471" w:type="dxa"/>
          </w:tcPr>
          <w:p w:rsidR="008A24D7" w:rsidRPr="00082FB5" w:rsidRDefault="008A24D7" w:rsidP="00E15341">
            <w:pPr>
              <w:rPr>
                <w:rFonts w:cstheme="majorHAnsi"/>
                <w:sz w:val="18"/>
                <w:szCs w:val="18"/>
              </w:rPr>
            </w:pPr>
            <w:r w:rsidRPr="00082FB5">
              <w:rPr>
                <w:rFonts w:cstheme="majorHAnsi"/>
                <w:sz w:val="18"/>
                <w:szCs w:val="18"/>
              </w:rPr>
              <w:t xml:space="preserve">Finalidade da Obra: </w:t>
            </w:r>
            <w:sdt>
              <w:sdtPr>
                <w:rPr>
                  <w:rFonts w:cstheme="majorHAnsi"/>
                  <w:sz w:val="18"/>
                  <w:szCs w:val="18"/>
                </w:rPr>
                <w:id w:val="-1962712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 Residencial </w:t>
            </w:r>
            <w:sdt>
              <w:sdtPr>
                <w:rPr>
                  <w:rFonts w:cstheme="majorHAnsi"/>
                  <w:sz w:val="18"/>
                  <w:szCs w:val="18"/>
                </w:rPr>
                <w:id w:val="-78250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Comercial  </w:t>
            </w:r>
            <w:sdt>
              <w:sdtPr>
                <w:rPr>
                  <w:rFonts w:cstheme="majorHAnsi"/>
                  <w:sz w:val="18"/>
                  <w:szCs w:val="18"/>
                </w:rPr>
                <w:id w:val="-757824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 </w:t>
            </w:r>
            <w:r w:rsidR="00082FB5">
              <w:rPr>
                <w:rFonts w:cstheme="majorHAnsi"/>
                <w:sz w:val="18"/>
                <w:szCs w:val="18"/>
              </w:rPr>
              <w:t>I</w:t>
            </w:r>
            <w:r w:rsidRPr="00082FB5">
              <w:rPr>
                <w:rFonts w:cstheme="majorHAnsi"/>
                <w:sz w:val="18"/>
                <w:szCs w:val="18"/>
              </w:rPr>
              <w:t xml:space="preserve">ndustrial  </w:t>
            </w:r>
            <w:r w:rsidR="00E15341" w:rsidRPr="00082FB5">
              <w:rPr>
                <w:rFonts w:cstheme="majorHAnsi"/>
                <w:sz w:val="18"/>
                <w:szCs w:val="18"/>
              </w:rPr>
              <w:t xml:space="preserve"> </w:t>
            </w:r>
            <w:r w:rsidR="00E15341">
              <w:rPr>
                <w:rFonts w:cstheme="majorHAnsi"/>
                <w:sz w:val="18"/>
                <w:szCs w:val="18"/>
              </w:rPr>
              <w:t xml:space="preserve">       </w:t>
            </w:r>
            <w:sdt>
              <w:sdtPr>
                <w:rPr>
                  <w:rFonts w:cstheme="majorHAnsi"/>
                  <w:sz w:val="18"/>
                  <w:szCs w:val="18"/>
                </w:rPr>
                <w:id w:val="1702052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5341">
                  <w:rPr>
                    <w:rFonts w:ascii="MS Gothic" w:eastAsia="MS Gothic" w:hAnsi="MS Gothic" w:cstheme="majorHAnsi" w:hint="eastAsia"/>
                    <w:sz w:val="18"/>
                    <w:szCs w:val="18"/>
                  </w:rPr>
                  <w:t>☐</w:t>
                </w:r>
              </w:sdtContent>
            </w:sdt>
            <w:r w:rsidR="00E15341" w:rsidRPr="00082FB5">
              <w:rPr>
                <w:rFonts w:cstheme="majorHAnsi"/>
                <w:sz w:val="18"/>
                <w:szCs w:val="18"/>
              </w:rPr>
              <w:t xml:space="preserve"> </w:t>
            </w:r>
            <w:r w:rsidRPr="00082FB5">
              <w:rPr>
                <w:rFonts w:cstheme="majorHAnsi"/>
                <w:sz w:val="18"/>
                <w:szCs w:val="18"/>
              </w:rPr>
              <w:t xml:space="preserve">Serviços </w:t>
            </w:r>
            <w:sdt>
              <w:sdtPr>
                <w:rPr>
                  <w:rFonts w:cstheme="majorHAnsi"/>
                  <w:sz w:val="18"/>
                  <w:szCs w:val="18"/>
                </w:rPr>
                <w:id w:val="132485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82FB5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082FB5">
              <w:rPr>
                <w:rFonts w:cstheme="majorHAnsi"/>
                <w:sz w:val="18"/>
                <w:szCs w:val="18"/>
              </w:rPr>
              <w:t xml:space="preserve"> Uso Misto</w:t>
            </w:r>
          </w:p>
          <w:p w:rsidR="008A24D7" w:rsidRDefault="008A24D7" w:rsidP="00E15341">
            <w:pPr>
              <w:rPr>
                <w:rFonts w:cstheme="majorHAnsi"/>
                <w:sz w:val="18"/>
                <w:szCs w:val="18"/>
              </w:rPr>
            </w:pPr>
          </w:p>
          <w:p w:rsidR="000F65E5" w:rsidRPr="00082FB5" w:rsidRDefault="000F65E5" w:rsidP="00E15341">
            <w:pPr>
              <w:rPr>
                <w:rFonts w:cstheme="majorHAnsi"/>
                <w:sz w:val="18"/>
                <w:szCs w:val="18"/>
              </w:rPr>
            </w:pPr>
          </w:p>
        </w:tc>
      </w:tr>
    </w:tbl>
    <w:p w:rsidR="00C82946" w:rsidRPr="005F6D61" w:rsidRDefault="00C82946" w:rsidP="00067F09">
      <w:pPr>
        <w:spacing w:line="240" w:lineRule="auto"/>
        <w:rPr>
          <w:sz w:val="20"/>
          <w:szCs w:val="20"/>
          <w:lang w:val="pt-BR"/>
        </w:rPr>
        <w:sectPr w:rsidR="00C82946" w:rsidRPr="005F6D61" w:rsidSect="00C82946">
          <w:type w:val="continuous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751F60" w:rsidRPr="00F04F41" w:rsidRDefault="000F65E5" w:rsidP="00067F09">
      <w:pPr>
        <w:spacing w:line="240" w:lineRule="auto"/>
        <w:rPr>
          <w:color w:val="336600"/>
          <w:sz w:val="20"/>
          <w:szCs w:val="20"/>
        </w:rPr>
      </w:pPr>
      <w:r>
        <w:rPr>
          <w:b/>
          <w:color w:val="336600"/>
          <w:sz w:val="20"/>
          <w:szCs w:val="20"/>
        </w:rPr>
        <w:t>5</w:t>
      </w:r>
      <w:r w:rsidR="009C30AC" w:rsidRPr="00F04F41">
        <w:rPr>
          <w:b/>
          <w:color w:val="336600"/>
          <w:sz w:val="20"/>
          <w:szCs w:val="20"/>
        </w:rPr>
        <w:t>. SOLICITAÇÃO</w:t>
      </w:r>
    </w:p>
    <w:p w:rsidR="000F65E5" w:rsidRDefault="000F65E5" w:rsidP="000F65E5">
      <w:pPr>
        <w:spacing w:line="240" w:lineRule="auto"/>
        <w:rPr>
          <w:b/>
          <w:sz w:val="20"/>
          <w:szCs w:val="20"/>
        </w:rPr>
      </w:pPr>
      <w:proofErr w:type="spellStart"/>
      <w:r w:rsidRPr="000F65E5">
        <w:rPr>
          <w:sz w:val="20"/>
          <w:szCs w:val="20"/>
        </w:rPr>
        <w:t>Venho</w:t>
      </w:r>
      <w:proofErr w:type="spellEnd"/>
      <w:r w:rsidRPr="000F65E5">
        <w:rPr>
          <w:sz w:val="20"/>
          <w:szCs w:val="20"/>
        </w:rPr>
        <w:t xml:space="preserve"> </w:t>
      </w:r>
      <w:proofErr w:type="spellStart"/>
      <w:r w:rsidRPr="000F65E5">
        <w:rPr>
          <w:sz w:val="20"/>
          <w:szCs w:val="20"/>
        </w:rPr>
        <w:t>por</w:t>
      </w:r>
      <w:proofErr w:type="spellEnd"/>
      <w:r w:rsidRPr="000F65E5">
        <w:rPr>
          <w:sz w:val="20"/>
          <w:szCs w:val="20"/>
        </w:rPr>
        <w:t xml:space="preserve"> </w:t>
      </w:r>
      <w:proofErr w:type="spellStart"/>
      <w:r w:rsidRPr="000F65E5">
        <w:rPr>
          <w:sz w:val="20"/>
          <w:szCs w:val="20"/>
        </w:rPr>
        <w:t>meio</w:t>
      </w:r>
      <w:proofErr w:type="spellEnd"/>
      <w:r w:rsidRPr="000F65E5">
        <w:rPr>
          <w:sz w:val="20"/>
          <w:szCs w:val="20"/>
        </w:rPr>
        <w:t xml:space="preserve"> </w:t>
      </w:r>
      <w:proofErr w:type="spellStart"/>
      <w:r w:rsidRPr="000F65E5">
        <w:rPr>
          <w:sz w:val="20"/>
          <w:szCs w:val="20"/>
        </w:rPr>
        <w:t>deste</w:t>
      </w:r>
      <w:proofErr w:type="spellEnd"/>
      <w:r w:rsidRPr="000F65E5">
        <w:rPr>
          <w:sz w:val="20"/>
          <w:szCs w:val="20"/>
        </w:rPr>
        <w:t xml:space="preserve"> </w:t>
      </w:r>
      <w:proofErr w:type="spellStart"/>
      <w:r w:rsidRPr="000F65E5">
        <w:rPr>
          <w:sz w:val="20"/>
          <w:szCs w:val="20"/>
        </w:rPr>
        <w:t>requerer</w:t>
      </w:r>
      <w:proofErr w:type="spellEnd"/>
      <w:r w:rsidRPr="000F65E5">
        <w:rPr>
          <w:sz w:val="20"/>
          <w:szCs w:val="20"/>
        </w:rPr>
        <w:t xml:space="preserve"> a </w:t>
      </w:r>
      <w:proofErr w:type="spellStart"/>
      <w:r w:rsidRPr="000F65E5">
        <w:rPr>
          <w:sz w:val="20"/>
          <w:szCs w:val="20"/>
        </w:rPr>
        <w:t>emissão</w:t>
      </w:r>
      <w:proofErr w:type="spellEnd"/>
      <w:r w:rsidRPr="000F65E5">
        <w:rPr>
          <w:sz w:val="20"/>
          <w:szCs w:val="20"/>
        </w:rPr>
        <w:t xml:space="preserve"> da </w:t>
      </w:r>
      <w:r w:rsidRPr="000F65E5">
        <w:rPr>
          <w:b/>
          <w:sz w:val="20"/>
          <w:szCs w:val="20"/>
        </w:rPr>
        <w:t>CERTIDÃO DE CONCLUSÃO DE OBRA (HABITE-SE)</w:t>
      </w:r>
      <w:r>
        <w:rPr>
          <w:b/>
          <w:sz w:val="20"/>
          <w:szCs w:val="20"/>
        </w:rPr>
        <w:t xml:space="preserve">, </w:t>
      </w:r>
      <w:r w:rsidRPr="000F65E5">
        <w:rPr>
          <w:sz w:val="20"/>
          <w:szCs w:val="20"/>
        </w:rPr>
        <w:t xml:space="preserve">para o  </w:t>
      </w:r>
      <w:proofErr w:type="spellStart"/>
      <w:r>
        <w:t>Alvará</w:t>
      </w:r>
      <w:proofErr w:type="spellEnd"/>
      <w:r>
        <w:t xml:space="preserve"> de </w:t>
      </w:r>
      <w:proofErr w:type="spellStart"/>
      <w:r>
        <w:t>Construção</w:t>
      </w:r>
      <w:proofErr w:type="spellEnd"/>
      <w:r>
        <w:t xml:space="preserve"> nº </w:t>
      </w:r>
      <w:sdt>
        <w:sdtPr>
          <w:id w:val="1062218397"/>
          <w:placeholder>
            <w:docPart w:val="DefaultPlaceholder_1081868574"/>
          </w:placeholder>
          <w:showingPlcHdr/>
          <w:text/>
        </w:sdtPr>
        <w:sdtContent>
          <w:r w:rsidRPr="00096640">
            <w:rPr>
              <w:rStyle w:val="TextodoEspaoReservado"/>
            </w:rPr>
            <w:t>Clique aqui para digitar texto.</w:t>
          </w:r>
        </w:sdtContent>
      </w:sdt>
      <w:r>
        <w:rPr>
          <w:b/>
          <w:sz w:val="20"/>
          <w:szCs w:val="20"/>
        </w:rPr>
        <w:t xml:space="preserve"> .</w:t>
      </w:r>
      <w:r>
        <w:rPr>
          <w:b/>
          <w:sz w:val="20"/>
          <w:szCs w:val="20"/>
        </w:rPr>
        <w:br/>
      </w:r>
    </w:p>
    <w:p w:rsidR="00322C27" w:rsidRPr="00C82946" w:rsidRDefault="00067F09" w:rsidP="000F65E5">
      <w:pPr>
        <w:spacing w:line="240" w:lineRule="auto"/>
        <w:jc w:val="right"/>
        <w:rPr>
          <w:sz w:val="20"/>
          <w:szCs w:val="20"/>
        </w:rPr>
      </w:pPr>
      <w:r w:rsidRPr="000F65E5">
        <w:rPr>
          <w:b/>
          <w:sz w:val="20"/>
          <w:szCs w:val="20"/>
        </w:rPr>
        <w:t xml:space="preserve">                                                                                                  </w:t>
      </w:r>
      <w:r w:rsidR="000F65E5">
        <w:rPr>
          <w:b/>
          <w:sz w:val="20"/>
          <w:szCs w:val="20"/>
        </w:rPr>
        <w:t xml:space="preserve">               </w:t>
      </w:r>
      <w:r w:rsidRPr="000F65E5">
        <w:rPr>
          <w:b/>
          <w:sz w:val="20"/>
          <w:szCs w:val="20"/>
        </w:rPr>
        <w:t xml:space="preserve">  </w:t>
      </w:r>
      <w:r w:rsidR="009C30AC" w:rsidRPr="00C82946">
        <w:rPr>
          <w:sz w:val="20"/>
          <w:szCs w:val="20"/>
        </w:rPr>
        <w:t xml:space="preserve">Paulo Frontin – PR, </w:t>
      </w:r>
      <w:sdt>
        <w:sdtPr>
          <w:rPr>
            <w:sz w:val="20"/>
            <w:szCs w:val="20"/>
          </w:rPr>
          <w:id w:val="-232626061"/>
          <w:placeholder>
            <w:docPart w:val="DefaultPlaceholder_1081868576"/>
          </w:placeholder>
          <w:date w:fullDate="2026-03-27T00:00:00Z">
            <w:dateFormat w:val="d' de 'MMMM' de 'yyyy"/>
            <w:lid w:val="pt-BR"/>
            <w:storeMappedDataAs w:val="dateTime"/>
            <w:calendar w:val="gregorian"/>
          </w:date>
        </w:sdtPr>
        <w:sdtEndPr/>
        <w:sdtContent>
          <w:proofErr w:type="gramStart"/>
          <w:r w:rsidR="00BF7A7F">
            <w:rPr>
              <w:sz w:val="20"/>
              <w:szCs w:val="20"/>
              <w:lang w:val="pt-BR"/>
            </w:rPr>
            <w:t>27 de</w:t>
          </w:r>
          <w:proofErr w:type="gramEnd"/>
          <w:r w:rsidR="00BF7A7F">
            <w:rPr>
              <w:sz w:val="20"/>
              <w:szCs w:val="20"/>
              <w:lang w:val="pt-BR"/>
            </w:rPr>
            <w:t xml:space="preserve"> março de 2026</w:t>
          </w:r>
        </w:sdtContent>
      </w:sdt>
      <w:r w:rsidR="00BF7A7F">
        <w:rPr>
          <w:sz w:val="20"/>
          <w:szCs w:val="20"/>
        </w:rPr>
        <w:t>.</w:t>
      </w:r>
      <w:r w:rsidR="00BF7A7F">
        <w:rPr>
          <w:sz w:val="20"/>
          <w:szCs w:val="20"/>
        </w:rPr>
        <w:br/>
      </w:r>
      <w:r w:rsidR="00BF7A7F">
        <w:rPr>
          <w:sz w:val="20"/>
          <w:szCs w:val="20"/>
        </w:rPr>
        <w:br/>
      </w:r>
      <w:r w:rsidR="00BF7A7F">
        <w:rPr>
          <w:sz w:val="20"/>
          <w:szCs w:val="20"/>
        </w:rPr>
        <w:br/>
      </w:r>
      <w:r w:rsidR="00BF7A7F">
        <w:rPr>
          <w:sz w:val="20"/>
          <w:szCs w:val="20"/>
        </w:rPr>
        <w:br/>
      </w:r>
    </w:p>
    <w:p w:rsidR="00751F60" w:rsidRPr="00C82946" w:rsidRDefault="009C30AC" w:rsidP="00067F09">
      <w:pPr>
        <w:spacing w:line="240" w:lineRule="auto"/>
        <w:jc w:val="center"/>
        <w:rPr>
          <w:sz w:val="20"/>
          <w:szCs w:val="20"/>
        </w:rPr>
      </w:pPr>
      <w:r w:rsidRPr="00C82946">
        <w:rPr>
          <w:sz w:val="20"/>
          <w:szCs w:val="20"/>
        </w:rPr>
        <w:t>__________</w:t>
      </w:r>
      <w:r w:rsidR="00F04F41">
        <w:rPr>
          <w:sz w:val="20"/>
          <w:szCs w:val="20"/>
        </w:rPr>
        <w:t>_______________________________</w:t>
      </w:r>
      <w:r w:rsidR="00F04F41">
        <w:rPr>
          <w:sz w:val="20"/>
          <w:szCs w:val="20"/>
        </w:rPr>
        <w:br/>
      </w:r>
      <w:r w:rsidRPr="00C82946">
        <w:rPr>
          <w:sz w:val="20"/>
          <w:szCs w:val="20"/>
        </w:rPr>
        <w:t>Assinatura do Requerente</w:t>
      </w:r>
    </w:p>
    <w:sectPr w:rsidR="00751F60" w:rsidRPr="00C82946" w:rsidSect="005F6D61">
      <w:type w:val="continuous"/>
      <w:pgSz w:w="12240" w:h="15840"/>
      <w:pgMar w:top="1440" w:right="333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F09" w:rsidRDefault="00067F09" w:rsidP="00067F09">
      <w:pPr>
        <w:spacing w:after="0" w:line="240" w:lineRule="auto"/>
      </w:pPr>
      <w:r>
        <w:separator/>
      </w:r>
    </w:p>
  </w:endnote>
  <w:endnote w:type="continuationSeparator" w:id="0">
    <w:p w:rsidR="00067F09" w:rsidRDefault="00067F09" w:rsidP="00067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F09" w:rsidRDefault="00067F09" w:rsidP="00067F09">
      <w:pPr>
        <w:spacing w:after="0" w:line="240" w:lineRule="auto"/>
      </w:pPr>
      <w:r>
        <w:separator/>
      </w:r>
    </w:p>
  </w:footnote>
  <w:footnote w:type="continuationSeparator" w:id="0">
    <w:p w:rsidR="00067F09" w:rsidRDefault="00067F09" w:rsidP="00067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de3Uw3oLE7wVLGrCGAnqH8xs7cnn4GSz7dCVvacotEIL8uClnS/CvrStmS6B+K1Ti90XjHZh3J56zkn9DTgA6A==" w:salt="2e2azGx7aCL5vK7yNxHNUQ==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67F09"/>
    <w:rsid w:val="00082FB5"/>
    <w:rsid w:val="000F65E5"/>
    <w:rsid w:val="0015074B"/>
    <w:rsid w:val="00177433"/>
    <w:rsid w:val="00203ADE"/>
    <w:rsid w:val="00250011"/>
    <w:rsid w:val="002624E1"/>
    <w:rsid w:val="0029639D"/>
    <w:rsid w:val="002B6A29"/>
    <w:rsid w:val="00322C27"/>
    <w:rsid w:val="00326F90"/>
    <w:rsid w:val="003E137B"/>
    <w:rsid w:val="005F6D61"/>
    <w:rsid w:val="0060050D"/>
    <w:rsid w:val="00735544"/>
    <w:rsid w:val="00751F60"/>
    <w:rsid w:val="007D1171"/>
    <w:rsid w:val="008A24D7"/>
    <w:rsid w:val="009C30AC"/>
    <w:rsid w:val="00AA1D8D"/>
    <w:rsid w:val="00B47730"/>
    <w:rsid w:val="00B852EE"/>
    <w:rsid w:val="00BF7A7F"/>
    <w:rsid w:val="00C82946"/>
    <w:rsid w:val="00CB0664"/>
    <w:rsid w:val="00E11177"/>
    <w:rsid w:val="00E15341"/>
    <w:rsid w:val="00F04F41"/>
    <w:rsid w:val="00F9485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658B916A-0CFF-412E-A537-37292E74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D61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067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7F09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9C30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6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9A501FA-89EC-479F-8908-278D1FFB9BA5}"/>
      </w:docPartPr>
      <w:docPartBody>
        <w:p w:rsidR="0029274A" w:rsidRDefault="00AF21DC">
          <w:r w:rsidRPr="00E47E6E">
            <w:rPr>
              <w:rStyle w:val="TextodoEspaoReservado"/>
            </w:rPr>
            <w:t>Escolher um item.</w:t>
          </w:r>
        </w:p>
      </w:docPartBody>
    </w:docPart>
    <w:docPart>
      <w:docPartPr>
        <w:name w:val="DC302084459E4FEDBDF87551EE35A5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564D38-FF68-49C4-B682-BF371811BFBE}"/>
      </w:docPartPr>
      <w:docPartBody>
        <w:p w:rsidR="007A2AE7" w:rsidRDefault="0029274A" w:rsidP="0029274A">
          <w:pPr>
            <w:pStyle w:val="DC302084459E4FEDBDF87551EE35A5EB1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8894EBB91FD4FD783AA4112AA963E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D4B34B-B841-4D2A-834C-C7B4DA0CE32D}"/>
      </w:docPartPr>
      <w:docPartBody>
        <w:p w:rsidR="007A2AE7" w:rsidRDefault="0029274A" w:rsidP="0029274A">
          <w:pPr>
            <w:pStyle w:val="D8894EBB91FD4FD783AA4112AA963EC2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8CCBF62B1A824EE1B7C8DEEC6655CE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4C64CAA-3BBA-4DF0-BD93-E4037F826B47}"/>
      </w:docPartPr>
      <w:docPartBody>
        <w:p w:rsidR="007A2AE7" w:rsidRDefault="0029274A" w:rsidP="0029274A">
          <w:pPr>
            <w:pStyle w:val="8CCBF62B1A824EE1B7C8DEEC6655CEB1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ECF41AFEB50A4C93B1B47786E17CFF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3CDC85-E6E3-48EF-966A-BA52562F54ED}"/>
      </w:docPartPr>
      <w:docPartBody>
        <w:p w:rsidR="007A2AE7" w:rsidRDefault="0029274A" w:rsidP="0029274A">
          <w:pPr>
            <w:pStyle w:val="ECF41AFEB50A4C93B1B47786E17CFFBA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6A03221DCED24BD8BA3E336E2CCC53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158A86-500A-48A1-8C3E-130ABFDBA503}"/>
      </w:docPartPr>
      <w:docPartBody>
        <w:p w:rsidR="007A2AE7" w:rsidRDefault="0029274A" w:rsidP="0029274A">
          <w:pPr>
            <w:pStyle w:val="6A03221DCED24BD8BA3E336E2CCC53DB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F7528320C0F14718BF28AC181342D21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FDDF917-BA8A-4AB9-AD4D-CB5A02289514}"/>
      </w:docPartPr>
      <w:docPartBody>
        <w:p w:rsidR="007A2AE7" w:rsidRDefault="0029274A" w:rsidP="0029274A">
          <w:pPr>
            <w:pStyle w:val="F7528320C0F14718BF28AC181342D213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FB6818D21BB741E589914092C876BA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AA2CD0C-7406-4DE7-BB9A-1DB8B702F722}"/>
      </w:docPartPr>
      <w:docPartBody>
        <w:p w:rsidR="007A2AE7" w:rsidRDefault="0029274A" w:rsidP="0029274A">
          <w:pPr>
            <w:pStyle w:val="FB6818D21BB741E589914092C876BA381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6438C02DCBEE497498763C677E080EC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B3D0A4A-5D14-48C0-8E6B-CBDDB0DAB8FB}"/>
      </w:docPartPr>
      <w:docPartBody>
        <w:p w:rsidR="007A2AE7" w:rsidRDefault="0029274A" w:rsidP="0029274A">
          <w:pPr>
            <w:pStyle w:val="6438C02DCBEE497498763C677E080EC9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EA969B3931D843F29254C19601A440C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644F5F-F917-435F-99F5-7B2BA4248CC1}"/>
      </w:docPartPr>
      <w:docPartBody>
        <w:p w:rsidR="007A2AE7" w:rsidRDefault="0029274A" w:rsidP="0029274A">
          <w:pPr>
            <w:pStyle w:val="EA969B3931D843F29254C19601A440CD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18F311D6F125482DBD56502D9DE899C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27E2341-627B-4C5F-98F0-A4F34E1526D5}"/>
      </w:docPartPr>
      <w:docPartBody>
        <w:p w:rsidR="007A2AE7" w:rsidRDefault="0029274A" w:rsidP="0029274A">
          <w:pPr>
            <w:pStyle w:val="18F311D6F125482DBD56502D9DE899C21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A9E5C74D42342FB9E0D36822B18E9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AE29A85-572C-45A8-B628-825B191C9DF4}"/>
      </w:docPartPr>
      <w:docPartBody>
        <w:p w:rsidR="007A2AE7" w:rsidRDefault="0029274A" w:rsidP="0029274A">
          <w:pPr>
            <w:pStyle w:val="2A9E5C74D42342FB9E0D36822B18E9EB1"/>
          </w:pPr>
          <w:r w:rsidRPr="00082FB5">
            <w:rPr>
              <w:rStyle w:val="TextodoEspaoReservado"/>
              <w:rFonts w:cstheme="majorHAnsi"/>
              <w:sz w:val="18"/>
              <w:szCs w:val="18"/>
            </w:rPr>
            <w:t>Clique aqui para digitar texto.</w:t>
          </w:r>
        </w:p>
      </w:docPartBody>
    </w:docPart>
    <w:docPart>
      <w:docPartPr>
        <w:name w:val="00D1D5B8DD9C4836A30EB0C5DE2CDA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57EEC26-1A22-4363-92CF-2A8784E09AAB}"/>
      </w:docPartPr>
      <w:docPartBody>
        <w:p w:rsidR="007A2AE7" w:rsidRDefault="0029274A" w:rsidP="0029274A">
          <w:pPr>
            <w:pStyle w:val="00D1D5B8DD9C4836A30EB0C5DE2CDA9B1"/>
          </w:pPr>
          <w:r w:rsidRPr="00082FB5">
            <w:rPr>
              <w:rStyle w:val="TextodoEspaoReservado"/>
              <w:rFonts w:cstheme="majorHAnsi"/>
              <w:sz w:val="18"/>
              <w:szCs w:val="18"/>
            </w:rPr>
            <w:t>Clique aqui para digitar texto.</w:t>
          </w:r>
        </w:p>
      </w:docPartBody>
    </w:docPart>
    <w:docPart>
      <w:docPartPr>
        <w:name w:val="CF62AE1629A24B54BD92BB52601864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93E0B9-1EB0-4930-BA65-339A83B2BDBC}"/>
      </w:docPartPr>
      <w:docPartBody>
        <w:p w:rsidR="007A2AE7" w:rsidRDefault="0029274A" w:rsidP="0029274A">
          <w:pPr>
            <w:pStyle w:val="CF62AE1629A24B54BD92BB52601864BE1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F34C9DBD8615488DB137B8DB8E803F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01A76DA-4476-4034-BA1D-BB2D4D4F3986}"/>
      </w:docPartPr>
      <w:docPartBody>
        <w:p w:rsidR="007A2AE7" w:rsidRDefault="0029274A" w:rsidP="0029274A">
          <w:pPr>
            <w:pStyle w:val="F34C9DBD8615488DB137B8DB8E803F4A1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CA4007-8D75-4AC8-AB82-72E9B251AE9F}"/>
      </w:docPartPr>
      <w:docPartBody>
        <w:p w:rsidR="007A2AE7" w:rsidRDefault="0029274A">
          <w:r w:rsidRPr="00E91124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89A8010318214397BB0CA184739326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50166D5-9985-42A9-98A1-41737A1B666B}"/>
      </w:docPartPr>
      <w:docPartBody>
        <w:p w:rsidR="007A2AE7" w:rsidRDefault="0029274A" w:rsidP="0029274A">
          <w:pPr>
            <w:pStyle w:val="89A8010318214397BB0CA184739326A8"/>
          </w:pPr>
          <w:r w:rsidRPr="002624E1">
            <w:rPr>
              <w:rStyle w:val="TextodoEspaoReservado"/>
              <w:sz w:val="20"/>
            </w:rPr>
            <w:t>Clique aqui para digitar texto.</w:t>
          </w:r>
        </w:p>
      </w:docPartBody>
    </w:docPart>
    <w:docPart>
      <w:docPartPr>
        <w:name w:val="8E93AB107B4E432A9C8C0A32874B72B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08428BC-C09B-4F23-8CEB-E6C53BBE2A30}"/>
      </w:docPartPr>
      <w:docPartBody>
        <w:p w:rsidR="007A2AE7" w:rsidRDefault="0029274A" w:rsidP="0029274A">
          <w:pPr>
            <w:pStyle w:val="8E93AB107B4E432A9C8C0A32874B72B5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AC4FB1D7C9A4EF799CC28EB2D147DD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B8716A-916E-46D0-8AEE-1A0FEF409196}"/>
      </w:docPartPr>
      <w:docPartBody>
        <w:p w:rsidR="007A2AE7" w:rsidRDefault="0029274A" w:rsidP="0029274A">
          <w:pPr>
            <w:pStyle w:val="7AC4FB1D7C9A4EF799CC28EB2D147DD9"/>
          </w:pPr>
          <w:r w:rsidRPr="00E9112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1081868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70788E-3EF3-48CC-9CA4-07899897826A}"/>
      </w:docPartPr>
      <w:docPartBody>
        <w:p w:rsidR="00000000" w:rsidRDefault="00FA3019">
          <w:r w:rsidRPr="00096640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DC"/>
    <w:rsid w:val="0029274A"/>
    <w:rsid w:val="007A2AE7"/>
    <w:rsid w:val="00AF21DC"/>
    <w:rsid w:val="00FA3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FA3019"/>
    <w:rPr>
      <w:color w:val="808080"/>
    </w:rPr>
  </w:style>
  <w:style w:type="paragraph" w:customStyle="1" w:styleId="AFF555859164426B8498ADA6B692730D">
    <w:name w:val="AFF555859164426B8498ADA6B692730D"/>
    <w:rsid w:val="00AF21DC"/>
  </w:style>
  <w:style w:type="paragraph" w:customStyle="1" w:styleId="DC302084459E4FEDBDF87551EE35A5EB">
    <w:name w:val="DC302084459E4FEDBDF87551EE35A5EB"/>
    <w:rsid w:val="0029274A"/>
  </w:style>
  <w:style w:type="paragraph" w:customStyle="1" w:styleId="D8894EBB91FD4FD783AA4112AA963EC2">
    <w:name w:val="D8894EBB91FD4FD783AA4112AA963EC2"/>
    <w:rsid w:val="0029274A"/>
  </w:style>
  <w:style w:type="paragraph" w:customStyle="1" w:styleId="8CCBF62B1A824EE1B7C8DEEC6655CEB1">
    <w:name w:val="8CCBF62B1A824EE1B7C8DEEC6655CEB1"/>
    <w:rsid w:val="0029274A"/>
  </w:style>
  <w:style w:type="paragraph" w:customStyle="1" w:styleId="ECF41AFEB50A4C93B1B47786E17CFFBA">
    <w:name w:val="ECF41AFEB50A4C93B1B47786E17CFFBA"/>
    <w:rsid w:val="0029274A"/>
  </w:style>
  <w:style w:type="paragraph" w:customStyle="1" w:styleId="6A03221DCED24BD8BA3E336E2CCC53DB">
    <w:name w:val="6A03221DCED24BD8BA3E336E2CCC53DB"/>
    <w:rsid w:val="0029274A"/>
  </w:style>
  <w:style w:type="paragraph" w:customStyle="1" w:styleId="F7528320C0F14718BF28AC181342D213">
    <w:name w:val="F7528320C0F14718BF28AC181342D213"/>
    <w:rsid w:val="0029274A"/>
  </w:style>
  <w:style w:type="paragraph" w:customStyle="1" w:styleId="FB6818D21BB741E589914092C876BA38">
    <w:name w:val="FB6818D21BB741E589914092C876BA38"/>
    <w:rsid w:val="0029274A"/>
  </w:style>
  <w:style w:type="paragraph" w:customStyle="1" w:styleId="6438C02DCBEE497498763C677E080EC9">
    <w:name w:val="6438C02DCBEE497498763C677E080EC9"/>
    <w:rsid w:val="0029274A"/>
  </w:style>
  <w:style w:type="paragraph" w:customStyle="1" w:styleId="EA969B3931D843F29254C19601A440CD">
    <w:name w:val="EA969B3931D843F29254C19601A440CD"/>
    <w:rsid w:val="0029274A"/>
  </w:style>
  <w:style w:type="paragraph" w:customStyle="1" w:styleId="25190A5C96C348C19EE72B8EEFA1FF84">
    <w:name w:val="25190A5C96C348C19EE72B8EEFA1FF84"/>
    <w:rsid w:val="0029274A"/>
  </w:style>
  <w:style w:type="paragraph" w:customStyle="1" w:styleId="76361D6A0B4E4718A3FBE2E0AFFE7FAB">
    <w:name w:val="76361D6A0B4E4718A3FBE2E0AFFE7FAB"/>
    <w:rsid w:val="0029274A"/>
  </w:style>
  <w:style w:type="paragraph" w:customStyle="1" w:styleId="1CD2DF10ACC94AE593527245B9B1E34C">
    <w:name w:val="1CD2DF10ACC94AE593527245B9B1E34C"/>
    <w:rsid w:val="0029274A"/>
  </w:style>
  <w:style w:type="paragraph" w:customStyle="1" w:styleId="F0C82A3DAC25416CAD1683FC2E8842D2">
    <w:name w:val="F0C82A3DAC25416CAD1683FC2E8842D2"/>
    <w:rsid w:val="0029274A"/>
  </w:style>
  <w:style w:type="paragraph" w:customStyle="1" w:styleId="63278F1C3209426ABAFFFEF55263E84F">
    <w:name w:val="63278F1C3209426ABAFFFEF55263E84F"/>
    <w:rsid w:val="0029274A"/>
  </w:style>
  <w:style w:type="paragraph" w:customStyle="1" w:styleId="0984586F23EC43C49B5F611945939EF2">
    <w:name w:val="0984586F23EC43C49B5F611945939EF2"/>
    <w:rsid w:val="0029274A"/>
  </w:style>
  <w:style w:type="paragraph" w:customStyle="1" w:styleId="3804E7A278DC40BA970358B0E7789B6C">
    <w:name w:val="3804E7A278DC40BA970358B0E7789B6C"/>
    <w:rsid w:val="0029274A"/>
  </w:style>
  <w:style w:type="paragraph" w:customStyle="1" w:styleId="F3DDBFAC5E50431CBB9E2266562C627E">
    <w:name w:val="F3DDBFAC5E50431CBB9E2266562C627E"/>
    <w:rsid w:val="0029274A"/>
  </w:style>
  <w:style w:type="paragraph" w:customStyle="1" w:styleId="CFCDC627CE414BFBA91889C3747AA966">
    <w:name w:val="CFCDC627CE414BFBA91889C3747AA966"/>
    <w:rsid w:val="0029274A"/>
  </w:style>
  <w:style w:type="paragraph" w:customStyle="1" w:styleId="6A0007F4290C47BB93F3E9EDCD211265">
    <w:name w:val="6A0007F4290C47BB93F3E9EDCD211265"/>
    <w:rsid w:val="0029274A"/>
  </w:style>
  <w:style w:type="paragraph" w:customStyle="1" w:styleId="9FDDF64E8388436EACFCBDFA2AE5D215">
    <w:name w:val="9FDDF64E8388436EACFCBDFA2AE5D215"/>
    <w:rsid w:val="0029274A"/>
  </w:style>
  <w:style w:type="paragraph" w:customStyle="1" w:styleId="19D433E2E0D34AF4979A9F8A8335BF33">
    <w:name w:val="19D433E2E0D34AF4979A9F8A8335BF33"/>
    <w:rsid w:val="0029274A"/>
  </w:style>
  <w:style w:type="paragraph" w:customStyle="1" w:styleId="DD55685636F74C7F9FAE1024549031B0">
    <w:name w:val="DD55685636F74C7F9FAE1024549031B0"/>
    <w:rsid w:val="0029274A"/>
  </w:style>
  <w:style w:type="paragraph" w:customStyle="1" w:styleId="7DD1F3651F7A43DEA6CC641851C10454">
    <w:name w:val="7DD1F3651F7A43DEA6CC641851C10454"/>
    <w:rsid w:val="0029274A"/>
  </w:style>
  <w:style w:type="paragraph" w:customStyle="1" w:styleId="13D56B889FE14FC0B49B2FF4FC52DC98">
    <w:name w:val="13D56B889FE14FC0B49B2FF4FC52DC98"/>
    <w:rsid w:val="0029274A"/>
  </w:style>
  <w:style w:type="paragraph" w:customStyle="1" w:styleId="0EC36021C12D4112A53E2CFE6CE6EA27">
    <w:name w:val="0EC36021C12D4112A53E2CFE6CE6EA27"/>
    <w:rsid w:val="0029274A"/>
  </w:style>
  <w:style w:type="paragraph" w:customStyle="1" w:styleId="063054A948A94803B1C82B137EB5F697">
    <w:name w:val="063054A948A94803B1C82B137EB5F697"/>
    <w:rsid w:val="0029274A"/>
  </w:style>
  <w:style w:type="paragraph" w:customStyle="1" w:styleId="316A8CBA100C4926936159E981CA4E6D">
    <w:name w:val="316A8CBA100C4926936159E981CA4E6D"/>
    <w:rsid w:val="0029274A"/>
  </w:style>
  <w:style w:type="paragraph" w:customStyle="1" w:styleId="36DF70C273CB4EECBB6FFEF4C07E3D34">
    <w:name w:val="36DF70C273CB4EECBB6FFEF4C07E3D34"/>
    <w:rsid w:val="0029274A"/>
  </w:style>
  <w:style w:type="paragraph" w:customStyle="1" w:styleId="11495A41D6B841A98F17A23A1538D7DD">
    <w:name w:val="11495A41D6B841A98F17A23A1538D7DD"/>
    <w:rsid w:val="0029274A"/>
  </w:style>
  <w:style w:type="paragraph" w:customStyle="1" w:styleId="6D385C4726A84493B09E361E9D0D9119">
    <w:name w:val="6D385C4726A84493B09E361E9D0D9119"/>
    <w:rsid w:val="0029274A"/>
  </w:style>
  <w:style w:type="paragraph" w:customStyle="1" w:styleId="3B31CC45C5C44F0290291F90DE0380B7">
    <w:name w:val="3B31CC45C5C44F0290291F90DE0380B7"/>
    <w:rsid w:val="0029274A"/>
  </w:style>
  <w:style w:type="paragraph" w:customStyle="1" w:styleId="385C71424FA842FBBA921170BB83818C">
    <w:name w:val="385C71424FA842FBBA921170BB83818C"/>
    <w:rsid w:val="0029274A"/>
  </w:style>
  <w:style w:type="paragraph" w:customStyle="1" w:styleId="CA6784174D41441095E6AE9C460A0DED">
    <w:name w:val="CA6784174D41441095E6AE9C460A0DED"/>
    <w:rsid w:val="0029274A"/>
  </w:style>
  <w:style w:type="paragraph" w:customStyle="1" w:styleId="185069B84DE44C1FBEAC8472F8B19B48">
    <w:name w:val="185069B84DE44C1FBEAC8472F8B19B48"/>
    <w:rsid w:val="0029274A"/>
  </w:style>
  <w:style w:type="paragraph" w:customStyle="1" w:styleId="020929BFEE9142649A07179BDC81D9D9">
    <w:name w:val="020929BFEE9142649A07179BDC81D9D9"/>
    <w:rsid w:val="0029274A"/>
  </w:style>
  <w:style w:type="paragraph" w:customStyle="1" w:styleId="1C59AC06D57943F59987BECE529D4065">
    <w:name w:val="1C59AC06D57943F59987BECE529D4065"/>
    <w:rsid w:val="0029274A"/>
  </w:style>
  <w:style w:type="paragraph" w:customStyle="1" w:styleId="18F311D6F125482DBD56502D9DE899C2">
    <w:name w:val="18F311D6F125482DBD56502D9DE899C2"/>
    <w:rsid w:val="0029274A"/>
  </w:style>
  <w:style w:type="paragraph" w:customStyle="1" w:styleId="2A9E5C74D42342FB9E0D36822B18E9EB">
    <w:name w:val="2A9E5C74D42342FB9E0D36822B18E9EB"/>
    <w:rsid w:val="0029274A"/>
  </w:style>
  <w:style w:type="paragraph" w:customStyle="1" w:styleId="00D1D5B8DD9C4836A30EB0C5DE2CDA9B">
    <w:name w:val="00D1D5B8DD9C4836A30EB0C5DE2CDA9B"/>
    <w:rsid w:val="0029274A"/>
  </w:style>
  <w:style w:type="paragraph" w:customStyle="1" w:styleId="7EEFF5EB26184FB69AB4E10CC39610A7">
    <w:name w:val="7EEFF5EB26184FB69AB4E10CC39610A7"/>
    <w:rsid w:val="0029274A"/>
  </w:style>
  <w:style w:type="paragraph" w:customStyle="1" w:styleId="2DE3E4DC75224C3CAEEFF3AC044C19C8">
    <w:name w:val="2DE3E4DC75224C3CAEEFF3AC044C19C8"/>
    <w:rsid w:val="0029274A"/>
  </w:style>
  <w:style w:type="paragraph" w:customStyle="1" w:styleId="460AEACB66D64CA7A40C1E34DAFADFA0">
    <w:name w:val="460AEACB66D64CA7A40C1E34DAFADFA0"/>
    <w:rsid w:val="0029274A"/>
  </w:style>
  <w:style w:type="paragraph" w:customStyle="1" w:styleId="893F203200E44DA1BED627A39307BB00">
    <w:name w:val="893F203200E44DA1BED627A39307BB00"/>
    <w:rsid w:val="0029274A"/>
  </w:style>
  <w:style w:type="paragraph" w:customStyle="1" w:styleId="E70014F06AAD4F1588ED39952938BA66">
    <w:name w:val="E70014F06AAD4F1588ED39952938BA66"/>
    <w:rsid w:val="0029274A"/>
  </w:style>
  <w:style w:type="paragraph" w:customStyle="1" w:styleId="DB2D43B30ABD477B8828B97458D0BF35">
    <w:name w:val="DB2D43B30ABD477B8828B97458D0BF35"/>
    <w:rsid w:val="0029274A"/>
  </w:style>
  <w:style w:type="paragraph" w:customStyle="1" w:styleId="59683D2108B34924888547FB8D7CE40B">
    <w:name w:val="59683D2108B34924888547FB8D7CE40B"/>
    <w:rsid w:val="0029274A"/>
  </w:style>
  <w:style w:type="paragraph" w:customStyle="1" w:styleId="D1D7F3EE76E34BCABB41BCCEA57002E4">
    <w:name w:val="D1D7F3EE76E34BCABB41BCCEA57002E4"/>
    <w:rsid w:val="0029274A"/>
  </w:style>
  <w:style w:type="paragraph" w:customStyle="1" w:styleId="45D72CE79CD5441A8B8EE60EB25BE741">
    <w:name w:val="45D72CE79CD5441A8B8EE60EB25BE741"/>
    <w:rsid w:val="0029274A"/>
  </w:style>
  <w:style w:type="paragraph" w:customStyle="1" w:styleId="A67D5D6C434B454BBF6D66C9F7639F0B">
    <w:name w:val="A67D5D6C434B454BBF6D66C9F7639F0B"/>
    <w:rsid w:val="0029274A"/>
  </w:style>
  <w:style w:type="paragraph" w:customStyle="1" w:styleId="0B7B0256C18F4CA1B5AAB7965A5B30E5">
    <w:name w:val="0B7B0256C18F4CA1B5AAB7965A5B30E5"/>
    <w:rsid w:val="0029274A"/>
  </w:style>
  <w:style w:type="paragraph" w:customStyle="1" w:styleId="3437ECCD72B646668E4A2DE84D6AB8B4">
    <w:name w:val="3437ECCD72B646668E4A2DE84D6AB8B4"/>
    <w:rsid w:val="0029274A"/>
  </w:style>
  <w:style w:type="paragraph" w:customStyle="1" w:styleId="5370FB08FF944A6F98BA5BD5C7A25CBA">
    <w:name w:val="5370FB08FF944A6F98BA5BD5C7A25CBA"/>
    <w:rsid w:val="0029274A"/>
  </w:style>
  <w:style w:type="paragraph" w:customStyle="1" w:styleId="209BF258A61F42B297E63D1D7F251C43">
    <w:name w:val="209BF258A61F42B297E63D1D7F251C43"/>
    <w:rsid w:val="0029274A"/>
  </w:style>
  <w:style w:type="paragraph" w:customStyle="1" w:styleId="75736D7BD26E43E39950248C22E27901">
    <w:name w:val="75736D7BD26E43E39950248C22E27901"/>
    <w:rsid w:val="0029274A"/>
  </w:style>
  <w:style w:type="paragraph" w:customStyle="1" w:styleId="254D966B966847028EE3557704411AA7">
    <w:name w:val="254D966B966847028EE3557704411AA7"/>
    <w:rsid w:val="0029274A"/>
  </w:style>
  <w:style w:type="paragraph" w:customStyle="1" w:styleId="8B9CE85EBB1E43A2846BC5D2FCEFA12D">
    <w:name w:val="8B9CE85EBB1E43A2846BC5D2FCEFA12D"/>
    <w:rsid w:val="0029274A"/>
  </w:style>
  <w:style w:type="paragraph" w:customStyle="1" w:styleId="2CD075C5F3924B489D6E50ED72BC0343">
    <w:name w:val="2CD075C5F3924B489D6E50ED72BC0343"/>
    <w:rsid w:val="0029274A"/>
  </w:style>
  <w:style w:type="paragraph" w:customStyle="1" w:styleId="2C28145A0C424AF4B5642492C6486936">
    <w:name w:val="2C28145A0C424AF4B5642492C6486936"/>
    <w:rsid w:val="0029274A"/>
  </w:style>
  <w:style w:type="paragraph" w:customStyle="1" w:styleId="CF62AE1629A24B54BD92BB52601864BE">
    <w:name w:val="CF62AE1629A24B54BD92BB52601864BE"/>
    <w:rsid w:val="0029274A"/>
  </w:style>
  <w:style w:type="paragraph" w:customStyle="1" w:styleId="F34C9DBD8615488DB137B8DB8E803F4A">
    <w:name w:val="F34C9DBD8615488DB137B8DB8E803F4A"/>
    <w:rsid w:val="0029274A"/>
  </w:style>
  <w:style w:type="paragraph" w:customStyle="1" w:styleId="89A8010318214397BB0CA184739326A8">
    <w:name w:val="89A8010318214397BB0CA184739326A8"/>
    <w:rsid w:val="0029274A"/>
    <w:pPr>
      <w:spacing w:after="200" w:line="276" w:lineRule="auto"/>
    </w:pPr>
    <w:rPr>
      <w:lang w:val="en-US" w:eastAsia="en-US"/>
    </w:rPr>
  </w:style>
  <w:style w:type="paragraph" w:customStyle="1" w:styleId="8CCBF62B1A824EE1B7C8DEEC6655CEB11">
    <w:name w:val="8CCBF62B1A824EE1B7C8DEEC6655CEB11"/>
    <w:rsid w:val="0029274A"/>
    <w:pPr>
      <w:spacing w:after="200" w:line="276" w:lineRule="auto"/>
    </w:pPr>
    <w:rPr>
      <w:lang w:val="en-US" w:eastAsia="en-US"/>
    </w:rPr>
  </w:style>
  <w:style w:type="paragraph" w:customStyle="1" w:styleId="8E93AB107B4E432A9C8C0A32874B72B5">
    <w:name w:val="8E93AB107B4E432A9C8C0A32874B72B5"/>
    <w:rsid w:val="0029274A"/>
    <w:pPr>
      <w:spacing w:after="200" w:line="276" w:lineRule="auto"/>
    </w:pPr>
    <w:rPr>
      <w:lang w:val="en-US" w:eastAsia="en-US"/>
    </w:rPr>
  </w:style>
  <w:style w:type="paragraph" w:customStyle="1" w:styleId="ECF41AFEB50A4C93B1B47786E17CFFBA1">
    <w:name w:val="ECF41AFEB50A4C93B1B47786E17CFFBA1"/>
    <w:rsid w:val="0029274A"/>
    <w:pPr>
      <w:spacing w:after="200" w:line="276" w:lineRule="auto"/>
    </w:pPr>
    <w:rPr>
      <w:lang w:val="en-US" w:eastAsia="en-US"/>
    </w:rPr>
  </w:style>
  <w:style w:type="paragraph" w:customStyle="1" w:styleId="DC302084459E4FEDBDF87551EE35A5EB1">
    <w:name w:val="DC302084459E4FEDBDF87551EE35A5EB1"/>
    <w:rsid w:val="0029274A"/>
    <w:pPr>
      <w:spacing w:after="200" w:line="276" w:lineRule="auto"/>
    </w:pPr>
    <w:rPr>
      <w:lang w:val="en-US" w:eastAsia="en-US"/>
    </w:rPr>
  </w:style>
  <w:style w:type="paragraph" w:customStyle="1" w:styleId="6A03221DCED24BD8BA3E336E2CCC53DB1">
    <w:name w:val="6A03221DCED24BD8BA3E336E2CCC53DB1"/>
    <w:rsid w:val="0029274A"/>
    <w:pPr>
      <w:spacing w:after="200" w:line="276" w:lineRule="auto"/>
    </w:pPr>
    <w:rPr>
      <w:lang w:val="en-US" w:eastAsia="en-US"/>
    </w:rPr>
  </w:style>
  <w:style w:type="paragraph" w:customStyle="1" w:styleId="D8894EBB91FD4FD783AA4112AA963EC21">
    <w:name w:val="D8894EBB91FD4FD783AA4112AA963EC21"/>
    <w:rsid w:val="0029274A"/>
    <w:pPr>
      <w:spacing w:after="200" w:line="276" w:lineRule="auto"/>
    </w:pPr>
    <w:rPr>
      <w:lang w:val="en-US" w:eastAsia="en-US"/>
    </w:rPr>
  </w:style>
  <w:style w:type="paragraph" w:customStyle="1" w:styleId="F7528320C0F14718BF28AC181342D2131">
    <w:name w:val="F7528320C0F14718BF28AC181342D2131"/>
    <w:rsid w:val="0029274A"/>
    <w:pPr>
      <w:spacing w:after="200" w:line="276" w:lineRule="auto"/>
    </w:pPr>
    <w:rPr>
      <w:lang w:val="en-US" w:eastAsia="en-US"/>
    </w:rPr>
  </w:style>
  <w:style w:type="paragraph" w:customStyle="1" w:styleId="FB6818D21BB741E589914092C876BA381">
    <w:name w:val="FB6818D21BB741E589914092C876BA381"/>
    <w:rsid w:val="0029274A"/>
    <w:pPr>
      <w:spacing w:after="200" w:line="276" w:lineRule="auto"/>
    </w:pPr>
    <w:rPr>
      <w:lang w:val="en-US" w:eastAsia="en-US"/>
    </w:rPr>
  </w:style>
  <w:style w:type="paragraph" w:customStyle="1" w:styleId="6438C02DCBEE497498763C677E080EC91">
    <w:name w:val="6438C02DCBEE497498763C677E080EC91"/>
    <w:rsid w:val="0029274A"/>
    <w:pPr>
      <w:spacing w:after="200" w:line="276" w:lineRule="auto"/>
    </w:pPr>
    <w:rPr>
      <w:lang w:val="en-US" w:eastAsia="en-US"/>
    </w:rPr>
  </w:style>
  <w:style w:type="paragraph" w:customStyle="1" w:styleId="EA969B3931D843F29254C19601A440CD1">
    <w:name w:val="EA969B3931D843F29254C19601A440CD1"/>
    <w:rsid w:val="0029274A"/>
    <w:pPr>
      <w:spacing w:after="200" w:line="276" w:lineRule="auto"/>
    </w:pPr>
    <w:rPr>
      <w:lang w:val="en-US" w:eastAsia="en-US"/>
    </w:rPr>
  </w:style>
  <w:style w:type="paragraph" w:customStyle="1" w:styleId="CF62AE1629A24B54BD92BB52601864BE1">
    <w:name w:val="CF62AE1629A24B54BD92BB52601864BE1"/>
    <w:rsid w:val="0029274A"/>
    <w:pPr>
      <w:spacing w:after="200" w:line="276" w:lineRule="auto"/>
    </w:pPr>
    <w:rPr>
      <w:lang w:val="en-US" w:eastAsia="en-US"/>
    </w:rPr>
  </w:style>
  <w:style w:type="paragraph" w:customStyle="1" w:styleId="F34C9DBD8615488DB137B8DB8E803F4A1">
    <w:name w:val="F34C9DBD8615488DB137B8DB8E803F4A1"/>
    <w:rsid w:val="0029274A"/>
    <w:pPr>
      <w:spacing w:after="200" w:line="276" w:lineRule="auto"/>
    </w:pPr>
    <w:rPr>
      <w:lang w:val="en-US" w:eastAsia="en-US"/>
    </w:rPr>
  </w:style>
  <w:style w:type="paragraph" w:customStyle="1" w:styleId="18F311D6F125482DBD56502D9DE899C21">
    <w:name w:val="18F311D6F125482DBD56502D9DE899C21"/>
    <w:rsid w:val="0029274A"/>
    <w:pPr>
      <w:spacing w:after="200" w:line="276" w:lineRule="auto"/>
    </w:pPr>
    <w:rPr>
      <w:lang w:val="en-US" w:eastAsia="en-US"/>
    </w:rPr>
  </w:style>
  <w:style w:type="paragraph" w:customStyle="1" w:styleId="2A9E5C74D42342FB9E0D36822B18E9EB1">
    <w:name w:val="2A9E5C74D42342FB9E0D36822B18E9EB1"/>
    <w:rsid w:val="0029274A"/>
    <w:pPr>
      <w:spacing w:after="200" w:line="276" w:lineRule="auto"/>
    </w:pPr>
    <w:rPr>
      <w:lang w:val="en-US" w:eastAsia="en-US"/>
    </w:rPr>
  </w:style>
  <w:style w:type="paragraph" w:customStyle="1" w:styleId="7AC4FB1D7C9A4EF799CC28EB2D147DD9">
    <w:name w:val="7AC4FB1D7C9A4EF799CC28EB2D147DD9"/>
    <w:rsid w:val="0029274A"/>
    <w:pPr>
      <w:spacing w:after="200" w:line="276" w:lineRule="auto"/>
    </w:pPr>
    <w:rPr>
      <w:lang w:val="en-US" w:eastAsia="en-US"/>
    </w:rPr>
  </w:style>
  <w:style w:type="paragraph" w:customStyle="1" w:styleId="00D1D5B8DD9C4836A30EB0C5DE2CDA9B1">
    <w:name w:val="00D1D5B8DD9C4836A30EB0C5DE2CDA9B1"/>
    <w:rsid w:val="0029274A"/>
    <w:pPr>
      <w:spacing w:after="200" w:line="276" w:lineRule="auto"/>
    </w:pPr>
    <w:rPr>
      <w:lang w:val="en-US" w:eastAsia="en-US"/>
    </w:rPr>
  </w:style>
  <w:style w:type="paragraph" w:customStyle="1" w:styleId="0CA8AF60B6ED4C3DA83349B715E8F714">
    <w:name w:val="0CA8AF60B6ED4C3DA83349B715E8F714"/>
    <w:rsid w:val="0029274A"/>
    <w:pPr>
      <w:spacing w:after="200" w:line="276" w:lineRule="auto"/>
    </w:pPr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8EFDAC-86BA-4197-888B-2CF1F5CEE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283</Words>
  <Characters>1532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1812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Clerenice Niederle</cp:lastModifiedBy>
  <cp:revision>3</cp:revision>
  <cp:lastPrinted>2026-03-26T14:44:00Z</cp:lastPrinted>
  <dcterms:created xsi:type="dcterms:W3CDTF">2026-03-27T14:25:00Z</dcterms:created>
  <dcterms:modified xsi:type="dcterms:W3CDTF">2026-03-27T14:34:00Z</dcterms:modified>
  <cp:category/>
</cp:coreProperties>
</file>