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753" w:rsidRDefault="00ED061A">
      <w:pPr>
        <w:jc w:val="center"/>
      </w:pPr>
      <w:r>
        <w:rPr>
          <w:b/>
        </w:rPr>
        <w:t>PREFEITURA MUNICIPAL DE PAULO FRONTIN – PR</w:t>
      </w:r>
      <w:r>
        <w:rPr>
          <w:b/>
        </w:rPr>
        <w:br/>
      </w:r>
      <w:proofErr w:type="spellStart"/>
      <w:r>
        <w:t>Secretaria</w:t>
      </w:r>
      <w:proofErr w:type="spellEnd"/>
      <w:r>
        <w:t xml:space="preserve"> de </w:t>
      </w:r>
      <w:proofErr w:type="spellStart"/>
      <w:r>
        <w:t>Administração</w:t>
      </w:r>
      <w:proofErr w:type="spellEnd"/>
      <w:r>
        <w:t xml:space="preserve">, </w:t>
      </w:r>
      <w:proofErr w:type="spellStart"/>
      <w:r>
        <w:t>Planejamento</w:t>
      </w:r>
      <w:proofErr w:type="spellEnd"/>
      <w:r>
        <w:t xml:space="preserve"> e Desenvolvimento Integrado</w:t>
      </w:r>
    </w:p>
    <w:p w:rsidR="00481753" w:rsidRDefault="00ED061A">
      <w:pPr>
        <w:jc w:val="center"/>
      </w:pPr>
      <w:r>
        <w:rPr>
          <w:b/>
        </w:rPr>
        <w:br/>
        <w:t>AUTORIZAÇÃO PARA CONSTRUÇÃO</w:t>
      </w:r>
    </w:p>
    <w:p w:rsidR="00481753" w:rsidRDefault="001720B8" w:rsidP="0014799E">
      <w:pPr>
        <w:spacing w:line="360" w:lineRule="auto"/>
        <w:jc w:val="both"/>
      </w:pPr>
      <w:r>
        <w:br/>
      </w:r>
      <w:proofErr w:type="spellStart"/>
      <w:r>
        <w:t>Eu</w:t>
      </w:r>
      <w:proofErr w:type="spellEnd"/>
      <w:r>
        <w:t xml:space="preserve"> </w:t>
      </w:r>
      <w:sdt>
        <w:sdtPr>
          <w:alias w:val="PROPRIETÁRIO DO IMÓVEL"/>
          <w:tag w:val="PROPRIETÁRIO DO IMÓVEL"/>
          <w:id w:val="-1343392717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 xml:space="preserve">Clique aqui para digitar </w:t>
          </w:r>
          <w:proofErr w:type="gramStart"/>
          <w:r w:rsidR="0014799E" w:rsidRPr="00E007AF">
            <w:rPr>
              <w:rStyle w:val="TextodoEspaoReservado"/>
            </w:rPr>
            <w:t>texto.</w:t>
          </w:r>
        </w:sdtContent>
      </w:sdt>
      <w:r w:rsidR="00ED061A">
        <w:t>,</w:t>
      </w:r>
      <w:proofErr w:type="gramEnd"/>
      <w:r>
        <w:t xml:space="preserve"> </w:t>
      </w:r>
      <w:sdt>
        <w:sdtPr>
          <w:alias w:val="NACIONALIDADE"/>
          <w:tag w:val="NACIONALIDADE"/>
          <w:id w:val="-1762985714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ED061A">
        <w:t xml:space="preserve">, </w:t>
      </w:r>
      <w:sdt>
        <w:sdtPr>
          <w:alias w:val="ESTADO CIVIL"/>
          <w:tag w:val="ESTADO CIVIL"/>
          <w:id w:val="1032376247"/>
          <w:placeholder>
            <w:docPart w:val="DefaultPlaceholder_1081868574"/>
          </w:placeholder>
          <w:showingPlcHdr/>
          <w:text/>
        </w:sdtPr>
        <w:sdtContent>
          <w:r w:rsidR="0088148D" w:rsidRPr="00E007AF">
            <w:rPr>
              <w:rStyle w:val="TextodoEspaoReservado"/>
            </w:rPr>
            <w:t>Clique aqui para digitar texto.</w:t>
          </w:r>
        </w:sdtContent>
      </w:sdt>
      <w:r w:rsidR="00ED061A">
        <w:t xml:space="preserve">, </w:t>
      </w:r>
      <w:sdt>
        <w:sdtPr>
          <w:alias w:val="PROFISSÃO"/>
          <w:tag w:val="PROFISSÃO"/>
          <w:id w:val="-34275159"/>
          <w:placeholder>
            <w:docPart w:val="DefaultPlaceholder_1081868574"/>
          </w:placeholder>
          <w:showingPlcHdr/>
          <w:text/>
        </w:sdtPr>
        <w:sdtContent>
          <w:r w:rsidR="0088148D" w:rsidRPr="00E007AF">
            <w:rPr>
              <w:rStyle w:val="TextodoEspaoReservado"/>
            </w:rPr>
            <w:t>Clique aqui para digitar texto.</w:t>
          </w:r>
        </w:sdtContent>
      </w:sdt>
      <w:r w:rsidR="00ED061A">
        <w:t>,</w:t>
      </w:r>
      <w:r w:rsidR="00ED061A">
        <w:t xml:space="preserve">CPF/CNPJ: </w:t>
      </w:r>
      <w:sdt>
        <w:sdtPr>
          <w:id w:val="-1554759711"/>
          <w:placeholder>
            <w:docPart w:val="DefaultPlaceholder_1081868574"/>
          </w:placeholder>
          <w:showingPlcHdr/>
          <w:text/>
        </w:sdtPr>
        <w:sdtContent>
          <w:r w:rsidR="0088148D" w:rsidRPr="00E007AF">
            <w:rPr>
              <w:rStyle w:val="TextodoEspaoReservado"/>
            </w:rPr>
            <w:t>Clique aqui para digitar texto.</w:t>
          </w:r>
        </w:sdtContent>
      </w:sdt>
      <w:r w:rsidR="0088148D">
        <w:t xml:space="preserve"> </w:t>
      </w:r>
      <w:proofErr w:type="spellStart"/>
      <w:r w:rsidR="00ED061A">
        <w:t>Endereço</w:t>
      </w:r>
      <w:proofErr w:type="spellEnd"/>
      <w:r w:rsidR="00ED061A">
        <w:t xml:space="preserve">: </w:t>
      </w:r>
      <w:sdt>
        <w:sdtPr>
          <w:id w:val="-176581214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ED061A">
        <w:t xml:space="preserve">Nº </w:t>
      </w:r>
      <w:sdt>
        <w:sdtPr>
          <w:id w:val="-1005285431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ED061A">
        <w:t xml:space="preserve"> </w:t>
      </w:r>
      <w:proofErr w:type="spellStart"/>
      <w:r w:rsidR="00ED061A">
        <w:t>Bairro</w:t>
      </w:r>
      <w:proofErr w:type="spellEnd"/>
      <w:r w:rsidR="00ED061A">
        <w:t xml:space="preserve"> </w:t>
      </w:r>
      <w:sdt>
        <w:sdtPr>
          <w:id w:val="-1733538863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proofErr w:type="spellStart"/>
      <w:r w:rsidR="00ED061A">
        <w:t>Município</w:t>
      </w:r>
      <w:proofErr w:type="spellEnd"/>
      <w:r w:rsidR="0014799E">
        <w:t xml:space="preserve"> de </w:t>
      </w:r>
      <w:sdt>
        <w:sdtPr>
          <w:id w:val="-218431343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14799E">
        <w:t xml:space="preserve"> Estado </w:t>
      </w:r>
      <w:sdt>
        <w:sdtPr>
          <w:id w:val="98220877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ED061A">
        <w:br/>
      </w:r>
      <w:r w:rsidR="00ED061A" w:rsidRPr="0014799E">
        <w:rPr>
          <w:b/>
        </w:rPr>
        <w:t xml:space="preserve">Na </w:t>
      </w:r>
      <w:proofErr w:type="spellStart"/>
      <w:r w:rsidR="00ED061A" w:rsidRPr="0014799E">
        <w:rPr>
          <w:b/>
        </w:rPr>
        <w:t>qualidade</w:t>
      </w:r>
      <w:proofErr w:type="spellEnd"/>
      <w:r w:rsidR="00ED061A" w:rsidRPr="0014799E">
        <w:rPr>
          <w:b/>
        </w:rPr>
        <w:t xml:space="preserve"> de PROPRIETÁRIO (</w:t>
      </w:r>
      <w:r w:rsidR="00ED061A" w:rsidRPr="0014799E">
        <w:rPr>
          <w:b/>
        </w:rPr>
        <w:t xml:space="preserve">A) do </w:t>
      </w:r>
      <w:proofErr w:type="spellStart"/>
      <w:r w:rsidR="00ED061A" w:rsidRPr="0014799E">
        <w:rPr>
          <w:b/>
        </w:rPr>
        <w:t>imóvel</w:t>
      </w:r>
      <w:proofErr w:type="spellEnd"/>
      <w:r w:rsidR="00ED061A" w:rsidRPr="0014799E">
        <w:rPr>
          <w:b/>
        </w:rPr>
        <w:t>:</w:t>
      </w:r>
    </w:p>
    <w:p w:rsidR="001720B8" w:rsidRDefault="00ED061A" w:rsidP="0014799E">
      <w:pPr>
        <w:spacing w:line="360" w:lineRule="auto"/>
        <w:jc w:val="both"/>
      </w:pPr>
      <w:proofErr w:type="spellStart"/>
      <w:r>
        <w:t>Endereço</w:t>
      </w:r>
      <w:proofErr w:type="spellEnd"/>
      <w:r w:rsidR="0014799E">
        <w:t xml:space="preserve"> </w:t>
      </w:r>
      <w:sdt>
        <w:sdtPr>
          <w:id w:val="-343562284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14799E">
        <w:t xml:space="preserve"> </w:t>
      </w:r>
      <w:r>
        <w:t>Nº</w:t>
      </w:r>
      <w:r w:rsidR="0014799E">
        <w:t xml:space="preserve"> </w:t>
      </w:r>
      <w:sdt>
        <w:sdtPr>
          <w:id w:val="-454330595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>
        <w:t xml:space="preserve"> </w:t>
      </w:r>
      <w:proofErr w:type="spellStart"/>
      <w:r>
        <w:t>Bairro</w:t>
      </w:r>
      <w:proofErr w:type="spellEnd"/>
      <w:r>
        <w:t xml:space="preserve"> </w:t>
      </w:r>
      <w:sdt>
        <w:sdtPr>
          <w:id w:val="1377896883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proofErr w:type="spellStart"/>
      <w:r>
        <w:t>Município</w:t>
      </w:r>
      <w:proofErr w:type="spellEnd"/>
      <w:r>
        <w:t>: Paulo Frontin – PR</w:t>
      </w:r>
    </w:p>
    <w:p w:rsidR="0014799E" w:rsidRDefault="00ED061A" w:rsidP="0014799E">
      <w:pPr>
        <w:spacing w:line="360" w:lineRule="auto"/>
        <w:rPr>
          <w:b/>
        </w:rPr>
      </w:pPr>
      <w:proofErr w:type="spellStart"/>
      <w:r>
        <w:t>Matrícula</w:t>
      </w:r>
      <w:proofErr w:type="spellEnd"/>
      <w:proofErr w:type="gramStart"/>
      <w:r>
        <w:t>:</w:t>
      </w:r>
      <w:proofErr w:type="gramEnd"/>
      <w:sdt>
        <w:sdtPr>
          <w:id w:val="1672987480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 w:rsidR="0014799E">
        <w:t xml:space="preserve"> </w:t>
      </w:r>
      <w:r>
        <w:br/>
      </w:r>
    </w:p>
    <w:p w:rsidR="00481753" w:rsidRPr="0014799E" w:rsidRDefault="00ED061A" w:rsidP="0014799E">
      <w:pPr>
        <w:spacing w:line="360" w:lineRule="auto"/>
        <w:jc w:val="both"/>
        <w:rPr>
          <w:b/>
        </w:rPr>
      </w:pPr>
      <w:r w:rsidRPr="0014799E">
        <w:rPr>
          <w:b/>
        </w:rPr>
        <w:t xml:space="preserve">AUTORIZO </w:t>
      </w:r>
      <w:proofErr w:type="gramStart"/>
      <w:r w:rsidRPr="0014799E">
        <w:rPr>
          <w:b/>
        </w:rPr>
        <w:t>a</w:t>
      </w:r>
      <w:proofErr w:type="gramEnd"/>
      <w:r w:rsidRPr="0014799E">
        <w:rPr>
          <w:b/>
        </w:rPr>
        <w:t xml:space="preserve"> </w:t>
      </w:r>
      <w:proofErr w:type="spellStart"/>
      <w:r w:rsidRPr="0014799E">
        <w:rPr>
          <w:b/>
        </w:rPr>
        <w:t>execução</w:t>
      </w:r>
      <w:proofErr w:type="spellEnd"/>
      <w:r w:rsidRPr="0014799E">
        <w:rPr>
          <w:b/>
        </w:rPr>
        <w:t xml:space="preserve"> de obra por:</w:t>
      </w:r>
    </w:p>
    <w:p w:rsidR="00481753" w:rsidRDefault="00ED061A" w:rsidP="0014799E">
      <w:pPr>
        <w:spacing w:line="360" w:lineRule="auto"/>
        <w:jc w:val="both"/>
      </w:pPr>
      <w:r>
        <w:t xml:space="preserve">Nome: </w:t>
      </w:r>
      <w:sdt>
        <w:sdtPr>
          <w:id w:val="1309362490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>
        <w:t>CPF/CNPJ:</w:t>
      </w:r>
      <w:r w:rsidR="0014799E">
        <w:t xml:space="preserve"> </w:t>
      </w:r>
      <w:sdt>
        <w:sdtPr>
          <w:id w:val="-849871705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>
        <w:br/>
        <w:t>DADOS DA OBRA:</w:t>
      </w:r>
    </w:p>
    <w:p w:rsidR="00481753" w:rsidRDefault="00ED061A" w:rsidP="0014799E">
      <w:pPr>
        <w:spacing w:line="360" w:lineRule="auto"/>
        <w:jc w:val="both"/>
      </w:pPr>
      <w:r>
        <w:t xml:space="preserve">Tipo: </w:t>
      </w:r>
      <w:sdt>
        <w:sdtPr>
          <w:id w:val="-267546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Construção </w:t>
      </w:r>
      <w:sdt>
        <w:sdtPr>
          <w:id w:val="3688066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r>
        <w:t>Reforma</w:t>
      </w:r>
      <w:proofErr w:type="spellEnd"/>
      <w:r>
        <w:t xml:space="preserve"> </w:t>
      </w:r>
      <w:sdt>
        <w:sdtPr>
          <w:id w:val="-10167659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r>
        <w:t>Ampliação</w:t>
      </w:r>
      <w:proofErr w:type="spellEnd"/>
      <w:r>
        <w:t xml:space="preserve"> </w:t>
      </w:r>
      <w:sdt>
        <w:sdtPr>
          <w:id w:val="264498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r>
        <w:t>Reforma</w:t>
      </w:r>
      <w:proofErr w:type="spellEnd"/>
      <w:r>
        <w:t xml:space="preserve"> e </w:t>
      </w:r>
      <w:proofErr w:type="spellStart"/>
      <w:r>
        <w:t>Ampliação</w:t>
      </w:r>
      <w:proofErr w:type="spellEnd"/>
    </w:p>
    <w:p w:rsidR="00481753" w:rsidRDefault="00ED061A" w:rsidP="0014799E">
      <w:pPr>
        <w:spacing w:line="360" w:lineRule="auto"/>
        <w:jc w:val="both"/>
      </w:pPr>
      <w:r>
        <w:t xml:space="preserve">Finalidade: </w:t>
      </w:r>
      <w:sdt>
        <w:sdtPr>
          <w:id w:val="-1178647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Residencial </w:t>
      </w:r>
      <w:sdt>
        <w:sdtPr>
          <w:id w:val="668685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r>
        <w:t>Comercial</w:t>
      </w:r>
      <w:proofErr w:type="spellEnd"/>
      <w:r>
        <w:t xml:space="preserve"> </w:t>
      </w:r>
      <w:sdt>
        <w:sdtPr>
          <w:id w:val="1322623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Industrial </w:t>
      </w:r>
      <w:sdt>
        <w:sdtPr>
          <w:id w:val="-1549979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r>
        <w:t>Serviços</w:t>
      </w:r>
      <w:proofErr w:type="spellEnd"/>
      <w:r>
        <w:t xml:space="preserve"> </w:t>
      </w:r>
      <w:sdt>
        <w:sdtPr>
          <w:id w:val="1814360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4799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proofErr w:type="spellStart"/>
      <w:proofErr w:type="gramStart"/>
      <w:r>
        <w:t>Uso</w:t>
      </w:r>
      <w:proofErr w:type="spellEnd"/>
      <w:proofErr w:type="gramEnd"/>
      <w:r>
        <w:t xml:space="preserve"> </w:t>
      </w:r>
      <w:proofErr w:type="spellStart"/>
      <w:r>
        <w:t>Misto</w:t>
      </w:r>
      <w:proofErr w:type="spellEnd"/>
    </w:p>
    <w:p w:rsidR="00481753" w:rsidRDefault="00ED061A" w:rsidP="0014799E">
      <w:pPr>
        <w:spacing w:line="360" w:lineRule="auto"/>
      </w:pPr>
      <w:proofErr w:type="spellStart"/>
      <w:r>
        <w:t>Área</w:t>
      </w:r>
      <w:proofErr w:type="spellEnd"/>
      <w:r>
        <w:t xml:space="preserve"> total: </w:t>
      </w:r>
      <w:sdt>
        <w:sdtPr>
          <w:id w:val="525217510"/>
          <w:placeholder>
            <w:docPart w:val="DefaultPlaceholder_1081868574"/>
          </w:placeholder>
          <w:showingPlcHdr/>
          <w:text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  <w:r>
        <w:t xml:space="preserve"> M².</w:t>
      </w:r>
      <w:r w:rsidR="0014799E">
        <w:br/>
      </w:r>
      <w:proofErr w:type="spellStart"/>
      <w:r>
        <w:t>Descrição</w:t>
      </w:r>
      <w:proofErr w:type="spellEnd"/>
      <w:r>
        <w:t xml:space="preserve"> da </w:t>
      </w:r>
      <w:proofErr w:type="spellStart"/>
      <w:r>
        <w:t>obra</w:t>
      </w:r>
      <w:proofErr w:type="spellEnd"/>
      <w:proofErr w:type="gramStart"/>
      <w:r>
        <w:t>:</w:t>
      </w:r>
      <w:proofErr w:type="gramEnd"/>
      <w:sdt>
        <w:sdtPr>
          <w:id w:val="1926292164"/>
          <w:placeholder>
            <w:docPart w:val="DefaultPlaceholder_1081868574"/>
          </w:placeholder>
          <w:showingPlcHdr/>
        </w:sdtPr>
        <w:sdtContent>
          <w:r w:rsidR="0014799E" w:rsidRPr="00E007AF">
            <w:rPr>
              <w:rStyle w:val="TextodoEspaoReservado"/>
            </w:rPr>
            <w:t>Clique aqui para digitar texto.</w:t>
          </w:r>
        </w:sdtContent>
      </w:sdt>
    </w:p>
    <w:p w:rsidR="00481753" w:rsidRDefault="00ED061A" w:rsidP="0014799E">
      <w:pPr>
        <w:spacing w:line="360" w:lineRule="auto"/>
        <w:jc w:val="both"/>
      </w:pPr>
      <w:r>
        <w:br/>
        <w:t xml:space="preserve">Declaro que estou de acordo com </w:t>
      </w:r>
      <w:proofErr w:type="gramStart"/>
      <w:r>
        <w:t>a</w:t>
      </w:r>
      <w:proofErr w:type="gramEnd"/>
      <w:r>
        <w:t xml:space="preserve"> execução da obra conforme legislação vigente e para fins de emissão de</w:t>
      </w:r>
      <w:r>
        <w:t xml:space="preserve"> Alvará de Construção.</w:t>
      </w:r>
    </w:p>
    <w:p w:rsidR="00481753" w:rsidRDefault="00ED061A" w:rsidP="0014799E">
      <w:pPr>
        <w:jc w:val="right"/>
      </w:pPr>
      <w:r>
        <w:t xml:space="preserve">Paulo Frontin – PR, </w:t>
      </w:r>
      <w:sdt>
        <w:sdtPr>
          <w:id w:val="-340624834"/>
          <w:placeholder>
            <w:docPart w:val="DefaultPlaceholder_1081868576"/>
          </w:placeholder>
          <w:date w:fullDate="2026-03-17T00:00:00Z">
            <w:dateFormat w:val="d' de 'MMMM' de 'yyyy"/>
            <w:lid w:val="pt-BR"/>
            <w:storeMappedDataAs w:val="dateTime"/>
            <w:calendar w:val="gregorian"/>
          </w:date>
        </w:sdtPr>
        <w:sdtContent>
          <w:proofErr w:type="gramStart"/>
          <w:r w:rsidR="0014799E">
            <w:rPr>
              <w:lang w:val="pt-BR"/>
            </w:rPr>
            <w:t>17 de</w:t>
          </w:r>
          <w:proofErr w:type="gramEnd"/>
          <w:r w:rsidR="0014799E">
            <w:rPr>
              <w:lang w:val="pt-BR"/>
            </w:rPr>
            <w:t xml:space="preserve"> março de 2026</w:t>
          </w:r>
        </w:sdtContent>
      </w:sdt>
      <w:r>
        <w:br/>
      </w:r>
      <w:r>
        <w:br/>
      </w:r>
      <w:r>
        <w:br/>
      </w:r>
    </w:p>
    <w:p w:rsidR="00481753" w:rsidRDefault="00ED061A" w:rsidP="0014799E">
      <w:pPr>
        <w:jc w:val="center"/>
      </w:pPr>
      <w:r>
        <w:t>__________________________________________</w:t>
      </w:r>
      <w:r w:rsidR="0014799E">
        <w:br/>
      </w:r>
      <w:proofErr w:type="spellStart"/>
      <w:r>
        <w:t>Assinatura</w:t>
      </w:r>
      <w:proofErr w:type="spellEnd"/>
      <w:r>
        <w:t xml:space="preserve"> </w:t>
      </w:r>
      <w:proofErr w:type="gramStart"/>
      <w:r>
        <w:t>do(</w:t>
      </w:r>
      <w:proofErr w:type="gramEnd"/>
      <w:r>
        <w:t xml:space="preserve">a) </w:t>
      </w:r>
      <w:proofErr w:type="spellStart"/>
      <w:r>
        <w:t>Proprietário</w:t>
      </w:r>
      <w:proofErr w:type="spellEnd"/>
      <w:r>
        <w:t>(a)</w:t>
      </w:r>
    </w:p>
    <w:sectPr w:rsidR="00481753" w:rsidSect="00ED061A">
      <w:footerReference w:type="default" r:id="rId8"/>
      <w:pgSz w:w="12240" w:h="15840"/>
      <w:pgMar w:top="709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99E" w:rsidRDefault="0014799E" w:rsidP="0014799E">
      <w:pPr>
        <w:spacing w:after="0" w:line="240" w:lineRule="auto"/>
      </w:pPr>
      <w:r>
        <w:separator/>
      </w:r>
    </w:p>
  </w:endnote>
  <w:endnote w:type="continuationSeparator" w:id="0">
    <w:p w:rsidR="0014799E" w:rsidRDefault="0014799E" w:rsidP="00147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799E" w:rsidRPr="00ED061A" w:rsidRDefault="0014799E" w:rsidP="0014799E">
    <w:pPr>
      <w:pStyle w:val="Rodap"/>
      <w:jc w:val="center"/>
      <w:rPr>
        <w:i/>
      </w:rPr>
    </w:pPr>
    <w:proofErr w:type="spellStart"/>
    <w:r w:rsidRPr="00ED061A">
      <w:rPr>
        <w:rStyle w:val="nfase"/>
        <w:i w:val="0"/>
      </w:rPr>
      <w:t>Obrigatório</w:t>
    </w:r>
    <w:proofErr w:type="spellEnd"/>
    <w:r w:rsidRPr="00ED061A">
      <w:rPr>
        <w:rStyle w:val="nfase"/>
        <w:i w:val="0"/>
      </w:rPr>
      <w:t xml:space="preserve"> o </w:t>
    </w:r>
    <w:proofErr w:type="spellStart"/>
    <w:r w:rsidRPr="00ED061A">
      <w:rPr>
        <w:rStyle w:val="nfase"/>
        <w:i w:val="0"/>
      </w:rPr>
      <w:t>reconhecimento</w:t>
    </w:r>
    <w:proofErr w:type="spellEnd"/>
    <w:r w:rsidRPr="00ED061A">
      <w:rPr>
        <w:rStyle w:val="nfase"/>
        <w:i w:val="0"/>
      </w:rPr>
      <w:t xml:space="preserve"> de firma </w:t>
    </w:r>
    <w:proofErr w:type="spellStart"/>
    <w:r w:rsidRPr="00ED061A">
      <w:rPr>
        <w:rStyle w:val="nfase"/>
        <w:i w:val="0"/>
      </w:rPr>
      <w:t>em</w:t>
    </w:r>
    <w:proofErr w:type="spellEnd"/>
    <w:r w:rsidRPr="00ED061A">
      <w:rPr>
        <w:rStyle w:val="nfase"/>
        <w:i w:val="0"/>
      </w:rPr>
      <w:t xml:space="preserve"> </w:t>
    </w:r>
    <w:proofErr w:type="spellStart"/>
    <w:r w:rsidRPr="00ED061A">
      <w:rPr>
        <w:rStyle w:val="nfase"/>
        <w:i w:val="0"/>
      </w:rPr>
      <w:t>cartório</w:t>
    </w:r>
    <w:proofErr w:type="spellEnd"/>
    <w:r w:rsidRPr="00ED061A">
      <w:rPr>
        <w:rStyle w:val="nfase"/>
        <w:i w:val="0"/>
      </w:rPr>
      <w:t xml:space="preserve"> </w:t>
    </w:r>
    <w:proofErr w:type="spellStart"/>
    <w:r w:rsidRPr="00ED061A">
      <w:rPr>
        <w:rStyle w:val="nfase"/>
        <w:i w:val="0"/>
      </w:rPr>
      <w:t>ou</w:t>
    </w:r>
    <w:proofErr w:type="spellEnd"/>
    <w:r w:rsidRPr="00ED061A">
      <w:rPr>
        <w:rStyle w:val="nfase"/>
        <w:i w:val="0"/>
      </w:rPr>
      <w:t xml:space="preserve"> a </w:t>
    </w:r>
    <w:proofErr w:type="spellStart"/>
    <w:r w:rsidRPr="00ED061A">
      <w:rPr>
        <w:rStyle w:val="nfase"/>
        <w:i w:val="0"/>
      </w:rPr>
      <w:t>assinatura</w:t>
    </w:r>
    <w:proofErr w:type="spellEnd"/>
    <w:r w:rsidRPr="00ED061A">
      <w:rPr>
        <w:rStyle w:val="nfase"/>
        <w:i w:val="0"/>
      </w:rPr>
      <w:t xml:space="preserve"> </w:t>
    </w:r>
    <w:proofErr w:type="spellStart"/>
    <w:r w:rsidRPr="00ED061A">
      <w:rPr>
        <w:rStyle w:val="nfase"/>
        <w:i w:val="0"/>
      </w:rPr>
      <w:t>eletrônica</w:t>
    </w:r>
    <w:proofErr w:type="spellEnd"/>
    <w:r w:rsidRPr="00ED061A">
      <w:rPr>
        <w:rStyle w:val="nfase"/>
        <w:i w:val="0"/>
      </w:rPr>
      <w:t xml:space="preserve"> </w:t>
    </w:r>
    <w:proofErr w:type="spellStart"/>
    <w:r w:rsidRPr="00ED061A">
      <w:rPr>
        <w:rStyle w:val="nfase"/>
        <w:i w:val="0"/>
      </w:rPr>
      <w:t>válida</w:t>
    </w:r>
    <w:proofErr w:type="spellEnd"/>
    <w:r w:rsidRPr="00ED061A">
      <w:rPr>
        <w:rStyle w:val="nfase"/>
        <w:i w:val="0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99E" w:rsidRDefault="0014799E" w:rsidP="0014799E">
      <w:pPr>
        <w:spacing w:after="0" w:line="240" w:lineRule="auto"/>
      </w:pPr>
      <w:r>
        <w:separator/>
      </w:r>
    </w:p>
  </w:footnote>
  <w:footnote w:type="continuationSeparator" w:id="0">
    <w:p w:rsidR="0014799E" w:rsidRDefault="0014799E" w:rsidP="001479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+ZfGT70oEEAqRpMV1yxW06021pukmAy/flGWgyFJuh9UFjnNKbGBl29iYJ17fFc3yxE1pq8570VZXYHrIneczg==" w:salt="AvMh1WZlPF9KMMQ9yb+W7g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799E"/>
    <w:rsid w:val="0015074B"/>
    <w:rsid w:val="001720B8"/>
    <w:rsid w:val="0029639D"/>
    <w:rsid w:val="00326F90"/>
    <w:rsid w:val="00481753"/>
    <w:rsid w:val="0088148D"/>
    <w:rsid w:val="00AA1D8D"/>
    <w:rsid w:val="00B47730"/>
    <w:rsid w:val="00CB0664"/>
    <w:rsid w:val="00ED06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FE6170F3-5AFB-4487-8D6B-FDEFFF126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TextodoEspaoReservado">
    <w:name w:val="Placeholder Text"/>
    <w:basedOn w:val="Fontepargpadro"/>
    <w:uiPriority w:val="99"/>
    <w:semiHidden/>
    <w:rsid w:val="001720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E83BB9C-B00D-42EA-894D-CD9567B0EF43}"/>
      </w:docPartPr>
      <w:docPartBody>
        <w:p w:rsidR="00000000" w:rsidRDefault="001C15C5">
          <w:r w:rsidRPr="00E007AF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efaultPlaceholder_108186857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803047-9AEE-4E7A-B728-57442A7F9029}"/>
      </w:docPartPr>
      <w:docPartBody>
        <w:p w:rsidR="00000000" w:rsidRDefault="001C15C5">
          <w:r w:rsidRPr="00E007AF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5C5"/>
    <w:rsid w:val="001C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C15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CB584D-486C-4AA0-9B44-14316BD87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1412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Clerenice Niederle</cp:lastModifiedBy>
  <cp:revision>2</cp:revision>
  <dcterms:created xsi:type="dcterms:W3CDTF">2026-03-27T14:09:00Z</dcterms:created>
  <dcterms:modified xsi:type="dcterms:W3CDTF">2026-03-27T14:09:00Z</dcterms:modified>
  <cp:category/>
</cp:coreProperties>
</file>