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F60" w:rsidRPr="008A24D7" w:rsidRDefault="009C30AC">
      <w:pPr>
        <w:jc w:val="center"/>
        <w:rPr>
          <w:sz w:val="28"/>
          <w:szCs w:val="20"/>
        </w:rPr>
      </w:pPr>
      <w:r w:rsidRPr="008A24D7">
        <w:rPr>
          <w:b/>
          <w:sz w:val="28"/>
          <w:szCs w:val="20"/>
        </w:rPr>
        <w:t xml:space="preserve">PREFEITURA </w:t>
      </w:r>
      <w:r w:rsidR="00C82946" w:rsidRPr="008A24D7">
        <w:rPr>
          <w:b/>
          <w:sz w:val="28"/>
          <w:szCs w:val="20"/>
        </w:rPr>
        <w:t>MUNICIPAL DE PAULO FRONTIN – PR</w:t>
      </w:r>
    </w:p>
    <w:p w:rsidR="00C82946" w:rsidRPr="00C82946" w:rsidRDefault="00C82946" w:rsidP="008A24D7">
      <w:pPr>
        <w:jc w:val="center"/>
        <w:rPr>
          <w:sz w:val="20"/>
          <w:szCs w:val="20"/>
        </w:rPr>
      </w:pPr>
      <w:r w:rsidRPr="00C82946">
        <w:rPr>
          <w:sz w:val="20"/>
          <w:szCs w:val="20"/>
        </w:rPr>
        <w:t>SECRETARIA DE ADMINISTRAÇÃO, PLANEJAMENTO E DESENVOLVIMENTO INTEGRADO</w:t>
      </w:r>
    </w:p>
    <w:p w:rsidR="00751F60" w:rsidRPr="00067F09" w:rsidRDefault="009C30AC" w:rsidP="00067F09">
      <w:pPr>
        <w:spacing w:line="240" w:lineRule="auto"/>
        <w:rPr>
          <w:b/>
          <w:sz w:val="20"/>
          <w:szCs w:val="20"/>
        </w:rPr>
      </w:pPr>
      <w:r w:rsidRPr="00067F09">
        <w:rPr>
          <w:b/>
          <w:sz w:val="20"/>
          <w:szCs w:val="20"/>
        </w:rPr>
        <w:t>REQUERIMENTO DE ALVARÁ DE CONSTRUÇÃO</w:t>
      </w:r>
      <w:r w:rsidR="008A24D7">
        <w:rPr>
          <w:b/>
          <w:sz w:val="20"/>
          <w:szCs w:val="20"/>
        </w:rPr>
        <w:br/>
      </w:r>
      <w:r w:rsidRPr="00C82946">
        <w:rPr>
          <w:b/>
          <w:sz w:val="20"/>
          <w:szCs w:val="20"/>
        </w:rPr>
        <w:br/>
      </w:r>
      <w:r w:rsidRPr="00F04F41">
        <w:rPr>
          <w:b/>
          <w:color w:val="336600"/>
          <w:sz w:val="20"/>
          <w:szCs w:val="20"/>
        </w:rPr>
        <w:t>1. DADOS DO REQUERENTE</w:t>
      </w:r>
    </w:p>
    <w:p w:rsidR="00C82946" w:rsidRPr="00C82946" w:rsidRDefault="00C82946" w:rsidP="00067F09">
      <w:pPr>
        <w:spacing w:line="240" w:lineRule="auto"/>
        <w:rPr>
          <w:sz w:val="20"/>
          <w:szCs w:val="20"/>
        </w:rPr>
        <w:sectPr w:rsidR="00C82946" w:rsidRPr="00C82946" w:rsidSect="005F6D61">
          <w:footerReference w:type="default" r:id="rId8"/>
          <w:pgSz w:w="12240" w:h="15840"/>
          <w:pgMar w:top="473" w:right="1800" w:bottom="1440" w:left="1800" w:header="720" w:footer="720" w:gutter="0"/>
          <w:cols w:space="720"/>
          <w:docGrid w:linePitch="360"/>
        </w:sectPr>
      </w:pPr>
    </w:p>
    <w:tbl>
      <w:tblPr>
        <w:tblStyle w:val="Tabelacomgrade"/>
        <w:tblpPr w:leftFromText="141" w:rightFromText="141" w:vertAnchor="text" w:horzAnchor="margin" w:tblpY="139"/>
        <w:tblW w:w="99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3"/>
        <w:gridCol w:w="3160"/>
        <w:gridCol w:w="2203"/>
        <w:gridCol w:w="2795"/>
      </w:tblGrid>
      <w:tr w:rsidR="00250011" w:rsidTr="002624E1">
        <w:trPr>
          <w:trHeight w:val="312"/>
        </w:trPr>
        <w:tc>
          <w:tcPr>
            <w:tcW w:w="1833" w:type="dxa"/>
          </w:tcPr>
          <w:p w:rsidR="00250011" w:rsidRPr="002624E1" w:rsidRDefault="00250011" w:rsidP="00250011">
            <w:pPr>
              <w:rPr>
                <w:b/>
                <w:sz w:val="20"/>
                <w:szCs w:val="20"/>
              </w:rPr>
            </w:pPr>
            <w:r w:rsidRPr="002624E1">
              <w:rPr>
                <w:b/>
                <w:sz w:val="20"/>
                <w:szCs w:val="20"/>
              </w:rPr>
              <w:t>Nome Completo:</w:t>
            </w:r>
          </w:p>
        </w:tc>
        <w:sdt>
          <w:sdtPr>
            <w:rPr>
              <w:sz w:val="20"/>
              <w:szCs w:val="20"/>
            </w:rPr>
            <w:id w:val="-361667383"/>
            <w:placeholder>
              <w:docPart w:val="89A8010318214397BB0CA184739326A8"/>
            </w:placeholder>
            <w:showingPlcHdr/>
          </w:sdtPr>
          <w:sdtEndPr/>
          <w:sdtContent>
            <w:tc>
              <w:tcPr>
                <w:tcW w:w="3160" w:type="dxa"/>
              </w:tcPr>
              <w:p w:rsidR="00250011" w:rsidRDefault="002624E1" w:rsidP="00250011">
                <w:pPr>
                  <w:rPr>
                    <w:sz w:val="20"/>
                    <w:szCs w:val="20"/>
                  </w:rPr>
                </w:pPr>
                <w:r w:rsidRPr="002624E1">
                  <w:rPr>
                    <w:rStyle w:val="TextodoEspaoReservado"/>
                    <w:sz w:val="20"/>
                  </w:rPr>
                  <w:t>Clique aqui para digitar texto.</w:t>
                </w:r>
              </w:p>
            </w:tc>
          </w:sdtContent>
        </w:sdt>
        <w:tc>
          <w:tcPr>
            <w:tcW w:w="2203" w:type="dxa"/>
          </w:tcPr>
          <w:p w:rsidR="00250011" w:rsidRPr="002624E1" w:rsidRDefault="00250011" w:rsidP="00250011">
            <w:pPr>
              <w:rPr>
                <w:b/>
                <w:sz w:val="20"/>
                <w:szCs w:val="20"/>
              </w:rPr>
            </w:pPr>
            <w:r w:rsidRPr="002624E1">
              <w:rPr>
                <w:b/>
                <w:sz w:val="20"/>
                <w:szCs w:val="20"/>
              </w:rPr>
              <w:t xml:space="preserve">Endereço Completo: </w:t>
            </w:r>
          </w:p>
        </w:tc>
        <w:sdt>
          <w:sdtPr>
            <w:rPr>
              <w:sz w:val="18"/>
              <w:szCs w:val="20"/>
            </w:rPr>
            <w:id w:val="-2079971131"/>
            <w:placeholder>
              <w:docPart w:val="8CCBF62B1A824EE1B7C8DEEC6655CEB1"/>
            </w:placeholder>
            <w:showingPlcHdr/>
            <w:text/>
          </w:sdtPr>
          <w:sdtEndPr/>
          <w:sdtContent>
            <w:tc>
              <w:tcPr>
                <w:tcW w:w="2795" w:type="dxa"/>
              </w:tcPr>
              <w:p w:rsidR="00250011" w:rsidRDefault="002624E1" w:rsidP="00250011">
                <w:pPr>
                  <w:rPr>
                    <w:sz w:val="20"/>
                    <w:szCs w:val="20"/>
                  </w:rPr>
                </w:pPr>
                <w:r w:rsidRPr="002624E1">
                  <w:rPr>
                    <w:rStyle w:val="TextodoEspaoReservado"/>
                    <w:sz w:val="20"/>
                  </w:rPr>
                  <w:t>Clique aqui para digitar texto.</w:t>
                </w:r>
              </w:p>
            </w:tc>
          </w:sdtContent>
        </w:sdt>
      </w:tr>
      <w:tr w:rsidR="00250011" w:rsidTr="002624E1">
        <w:trPr>
          <w:trHeight w:val="333"/>
        </w:trPr>
        <w:tc>
          <w:tcPr>
            <w:tcW w:w="1833" w:type="dxa"/>
          </w:tcPr>
          <w:p w:rsidR="00250011" w:rsidRPr="002624E1" w:rsidRDefault="00250011" w:rsidP="00250011">
            <w:pPr>
              <w:rPr>
                <w:b/>
                <w:sz w:val="20"/>
                <w:szCs w:val="20"/>
              </w:rPr>
            </w:pPr>
            <w:r w:rsidRPr="002624E1">
              <w:rPr>
                <w:b/>
                <w:sz w:val="20"/>
                <w:szCs w:val="20"/>
              </w:rPr>
              <w:t xml:space="preserve">CPF/CNPJ: </w:t>
            </w:r>
          </w:p>
        </w:tc>
        <w:sdt>
          <w:sdtPr>
            <w:rPr>
              <w:sz w:val="18"/>
              <w:szCs w:val="20"/>
            </w:rPr>
            <w:id w:val="1655484828"/>
            <w:placeholder>
              <w:docPart w:val="8E93AB107B4E432A9C8C0A32874B72B5"/>
            </w:placeholder>
            <w:showingPlcHdr/>
            <w:text/>
          </w:sdtPr>
          <w:sdtEndPr/>
          <w:sdtContent>
            <w:tc>
              <w:tcPr>
                <w:tcW w:w="3160" w:type="dxa"/>
              </w:tcPr>
              <w:p w:rsidR="00250011" w:rsidRPr="002624E1" w:rsidRDefault="002624E1" w:rsidP="002624E1">
                <w:pPr>
                  <w:rPr>
                    <w:sz w:val="18"/>
                    <w:szCs w:val="20"/>
                  </w:rPr>
                </w:pPr>
                <w:r w:rsidRPr="00E91124">
                  <w:rPr>
                    <w:rStyle w:val="TextodoEspaoReservado"/>
                  </w:rPr>
                  <w:t>Clique aqui para digitar texto.</w:t>
                </w:r>
              </w:p>
            </w:tc>
          </w:sdtContent>
        </w:sdt>
        <w:tc>
          <w:tcPr>
            <w:tcW w:w="2203" w:type="dxa"/>
          </w:tcPr>
          <w:p w:rsidR="00250011" w:rsidRPr="002624E1" w:rsidRDefault="00250011" w:rsidP="00250011">
            <w:pPr>
              <w:rPr>
                <w:b/>
                <w:sz w:val="20"/>
                <w:szCs w:val="20"/>
              </w:rPr>
            </w:pPr>
            <w:r w:rsidRPr="002624E1">
              <w:rPr>
                <w:b/>
                <w:sz w:val="20"/>
                <w:szCs w:val="20"/>
              </w:rPr>
              <w:t xml:space="preserve">Bairro: </w:t>
            </w:r>
          </w:p>
        </w:tc>
        <w:sdt>
          <w:sdtPr>
            <w:rPr>
              <w:sz w:val="18"/>
              <w:szCs w:val="20"/>
            </w:rPr>
            <w:id w:val="-995113685"/>
            <w:placeholder>
              <w:docPart w:val="ECF41AFEB50A4C93B1B47786E17CFFBA"/>
            </w:placeholder>
            <w:showingPlcHdr/>
            <w:text/>
          </w:sdtPr>
          <w:sdtEndPr/>
          <w:sdtContent>
            <w:tc>
              <w:tcPr>
                <w:tcW w:w="2795" w:type="dxa"/>
              </w:tcPr>
              <w:p w:rsidR="00250011" w:rsidRDefault="002624E1" w:rsidP="00250011">
                <w:pPr>
                  <w:rPr>
                    <w:sz w:val="20"/>
                    <w:szCs w:val="20"/>
                  </w:rPr>
                </w:pPr>
                <w:r w:rsidRPr="002624E1">
                  <w:rPr>
                    <w:rStyle w:val="TextodoEspaoReservado"/>
                    <w:sz w:val="20"/>
                  </w:rPr>
                  <w:t>Clique aqui para digitar texto.</w:t>
                </w:r>
              </w:p>
            </w:tc>
          </w:sdtContent>
        </w:sdt>
      </w:tr>
      <w:tr w:rsidR="00250011" w:rsidTr="002624E1">
        <w:trPr>
          <w:trHeight w:val="312"/>
        </w:trPr>
        <w:tc>
          <w:tcPr>
            <w:tcW w:w="1833" w:type="dxa"/>
          </w:tcPr>
          <w:p w:rsidR="00250011" w:rsidRPr="002624E1" w:rsidRDefault="00250011" w:rsidP="00250011">
            <w:pPr>
              <w:rPr>
                <w:b/>
                <w:sz w:val="20"/>
                <w:szCs w:val="20"/>
              </w:rPr>
            </w:pPr>
            <w:r w:rsidRPr="002624E1">
              <w:rPr>
                <w:b/>
                <w:sz w:val="20"/>
                <w:szCs w:val="20"/>
              </w:rPr>
              <w:t xml:space="preserve">Telefone: </w:t>
            </w:r>
          </w:p>
        </w:tc>
        <w:sdt>
          <w:sdtPr>
            <w:rPr>
              <w:sz w:val="18"/>
              <w:szCs w:val="20"/>
            </w:rPr>
            <w:id w:val="-1260212747"/>
            <w:placeholder>
              <w:docPart w:val="DC302084459E4FEDBDF87551EE35A5EB"/>
            </w:placeholder>
            <w:showingPlcHdr/>
            <w:text/>
          </w:sdtPr>
          <w:sdtEndPr/>
          <w:sdtContent>
            <w:tc>
              <w:tcPr>
                <w:tcW w:w="3160" w:type="dxa"/>
              </w:tcPr>
              <w:p w:rsidR="00250011" w:rsidRDefault="002624E1" w:rsidP="002624E1">
                <w:pPr>
                  <w:rPr>
                    <w:sz w:val="20"/>
                    <w:szCs w:val="20"/>
                  </w:rPr>
                </w:pPr>
                <w:r w:rsidRPr="00E91124">
                  <w:rPr>
                    <w:rStyle w:val="TextodoEspaoReservado"/>
                  </w:rPr>
                  <w:t>Clique aqui para digitar texto.</w:t>
                </w:r>
              </w:p>
            </w:tc>
          </w:sdtContent>
        </w:sdt>
        <w:tc>
          <w:tcPr>
            <w:tcW w:w="2203" w:type="dxa"/>
          </w:tcPr>
          <w:p w:rsidR="00250011" w:rsidRPr="002624E1" w:rsidRDefault="00250011" w:rsidP="00250011">
            <w:pPr>
              <w:rPr>
                <w:b/>
                <w:sz w:val="20"/>
                <w:szCs w:val="20"/>
              </w:rPr>
            </w:pPr>
            <w:r w:rsidRPr="002624E1">
              <w:rPr>
                <w:b/>
                <w:sz w:val="20"/>
                <w:szCs w:val="20"/>
              </w:rPr>
              <w:t>Cidade:</w:t>
            </w:r>
          </w:p>
        </w:tc>
        <w:sdt>
          <w:sdtPr>
            <w:rPr>
              <w:sz w:val="18"/>
              <w:szCs w:val="20"/>
            </w:rPr>
            <w:id w:val="1280223245"/>
            <w:placeholder>
              <w:docPart w:val="6A03221DCED24BD8BA3E336E2CCC53DB"/>
            </w:placeholder>
            <w:showingPlcHdr/>
            <w:text/>
          </w:sdtPr>
          <w:sdtEndPr/>
          <w:sdtContent>
            <w:tc>
              <w:tcPr>
                <w:tcW w:w="2795" w:type="dxa"/>
              </w:tcPr>
              <w:p w:rsidR="00250011" w:rsidRDefault="002624E1" w:rsidP="00250011">
                <w:pPr>
                  <w:rPr>
                    <w:sz w:val="20"/>
                    <w:szCs w:val="20"/>
                  </w:rPr>
                </w:pPr>
                <w:r w:rsidRPr="002624E1">
                  <w:rPr>
                    <w:rStyle w:val="TextodoEspaoReservado"/>
                    <w:sz w:val="20"/>
                  </w:rPr>
                  <w:t>Clique aqui para digitar texto.</w:t>
                </w:r>
              </w:p>
            </w:tc>
          </w:sdtContent>
        </w:sdt>
      </w:tr>
      <w:tr w:rsidR="00250011" w:rsidTr="002624E1">
        <w:trPr>
          <w:trHeight w:val="312"/>
        </w:trPr>
        <w:tc>
          <w:tcPr>
            <w:tcW w:w="1833" w:type="dxa"/>
          </w:tcPr>
          <w:p w:rsidR="00250011" w:rsidRPr="002624E1" w:rsidRDefault="00250011" w:rsidP="00250011">
            <w:pPr>
              <w:rPr>
                <w:b/>
                <w:sz w:val="20"/>
                <w:szCs w:val="20"/>
              </w:rPr>
            </w:pPr>
            <w:r w:rsidRPr="002624E1">
              <w:rPr>
                <w:b/>
                <w:sz w:val="20"/>
                <w:szCs w:val="20"/>
              </w:rPr>
              <w:t>E-mail:</w:t>
            </w:r>
          </w:p>
        </w:tc>
        <w:sdt>
          <w:sdtPr>
            <w:rPr>
              <w:sz w:val="18"/>
              <w:szCs w:val="20"/>
            </w:rPr>
            <w:id w:val="1859305926"/>
            <w:placeholder>
              <w:docPart w:val="D8894EBB91FD4FD783AA4112AA963EC2"/>
            </w:placeholder>
            <w:showingPlcHdr/>
            <w:text/>
          </w:sdtPr>
          <w:sdtEndPr/>
          <w:sdtContent>
            <w:tc>
              <w:tcPr>
                <w:tcW w:w="3160" w:type="dxa"/>
              </w:tcPr>
              <w:p w:rsidR="00250011" w:rsidRDefault="002624E1" w:rsidP="00250011">
                <w:pPr>
                  <w:rPr>
                    <w:sz w:val="20"/>
                    <w:szCs w:val="20"/>
                  </w:rPr>
                </w:pPr>
                <w:r w:rsidRPr="002624E1">
                  <w:rPr>
                    <w:rStyle w:val="TextodoEspaoReservado"/>
                    <w:sz w:val="20"/>
                  </w:rPr>
                  <w:t>Clique aqui para digitar texto.</w:t>
                </w:r>
              </w:p>
            </w:tc>
          </w:sdtContent>
        </w:sdt>
        <w:tc>
          <w:tcPr>
            <w:tcW w:w="2203" w:type="dxa"/>
          </w:tcPr>
          <w:p w:rsidR="00250011" w:rsidRPr="002624E1" w:rsidRDefault="00250011" w:rsidP="00250011">
            <w:pPr>
              <w:rPr>
                <w:b/>
                <w:sz w:val="20"/>
                <w:szCs w:val="20"/>
              </w:rPr>
            </w:pPr>
            <w:r w:rsidRPr="002624E1">
              <w:rPr>
                <w:b/>
                <w:sz w:val="20"/>
                <w:szCs w:val="20"/>
              </w:rPr>
              <w:t>CEP:</w:t>
            </w:r>
          </w:p>
        </w:tc>
        <w:sdt>
          <w:sdtPr>
            <w:rPr>
              <w:sz w:val="18"/>
              <w:szCs w:val="20"/>
            </w:rPr>
            <w:id w:val="-509520984"/>
            <w:placeholder>
              <w:docPart w:val="F7528320C0F14718BF28AC181342D213"/>
            </w:placeholder>
            <w:showingPlcHdr/>
            <w:text/>
          </w:sdtPr>
          <w:sdtEndPr/>
          <w:sdtContent>
            <w:tc>
              <w:tcPr>
                <w:tcW w:w="2795" w:type="dxa"/>
              </w:tcPr>
              <w:p w:rsidR="00250011" w:rsidRDefault="002624E1" w:rsidP="00250011">
                <w:pPr>
                  <w:rPr>
                    <w:sz w:val="20"/>
                    <w:szCs w:val="20"/>
                  </w:rPr>
                </w:pPr>
                <w:r w:rsidRPr="002624E1">
                  <w:rPr>
                    <w:rStyle w:val="TextodoEspaoReservado"/>
                    <w:sz w:val="20"/>
                  </w:rPr>
                  <w:t>Clique aqui para digitar texto.</w:t>
                </w:r>
              </w:p>
            </w:tc>
          </w:sdtContent>
        </w:sdt>
      </w:tr>
    </w:tbl>
    <w:p w:rsidR="002624E1" w:rsidRDefault="002624E1" w:rsidP="00067F09">
      <w:pPr>
        <w:spacing w:line="240" w:lineRule="auto"/>
        <w:rPr>
          <w:b/>
          <w:sz w:val="20"/>
          <w:szCs w:val="20"/>
        </w:rPr>
      </w:pPr>
    </w:p>
    <w:p w:rsidR="00C82946" w:rsidRPr="00F04F41" w:rsidRDefault="009C30AC" w:rsidP="00067F09">
      <w:pPr>
        <w:spacing w:line="240" w:lineRule="auto"/>
        <w:rPr>
          <w:color w:val="336600"/>
          <w:sz w:val="20"/>
          <w:szCs w:val="20"/>
        </w:rPr>
        <w:sectPr w:rsidR="00C82946" w:rsidRPr="00F04F41" w:rsidSect="00C82946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  <w:r w:rsidRPr="00F04F41">
        <w:rPr>
          <w:b/>
          <w:color w:val="336600"/>
          <w:sz w:val="20"/>
          <w:szCs w:val="20"/>
        </w:rPr>
        <w:t>2. DADOS DO IMÓVEL / LOCAL DA OBRA</w:t>
      </w:r>
    </w:p>
    <w:tbl>
      <w:tblPr>
        <w:tblStyle w:val="Tabelacomgrade"/>
        <w:tblpPr w:leftFromText="141" w:rightFromText="141" w:vertAnchor="text" w:horzAnchor="margin" w:tblpY="139"/>
        <w:tblW w:w="99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3013"/>
        <w:gridCol w:w="2203"/>
        <w:gridCol w:w="2795"/>
      </w:tblGrid>
      <w:tr w:rsidR="002624E1" w:rsidTr="00F94854">
        <w:trPr>
          <w:trHeight w:val="312"/>
        </w:trPr>
        <w:tc>
          <w:tcPr>
            <w:tcW w:w="1980" w:type="dxa"/>
          </w:tcPr>
          <w:p w:rsidR="002624E1" w:rsidRPr="002624E1" w:rsidRDefault="002624E1" w:rsidP="00DC7E1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Endereço da obra:</w:t>
            </w:r>
          </w:p>
        </w:tc>
        <w:sdt>
          <w:sdtPr>
            <w:rPr>
              <w:sz w:val="20"/>
              <w:szCs w:val="20"/>
            </w:rPr>
            <w:id w:val="38486424"/>
            <w:placeholder>
              <w:docPart w:val="FB6818D21BB741E589914092C876BA38"/>
            </w:placeholder>
            <w:showingPlcHdr/>
          </w:sdtPr>
          <w:sdtEndPr/>
          <w:sdtContent>
            <w:tc>
              <w:tcPr>
                <w:tcW w:w="3013" w:type="dxa"/>
              </w:tcPr>
              <w:p w:rsidR="002624E1" w:rsidRDefault="002624E1" w:rsidP="002624E1">
                <w:pPr>
                  <w:rPr>
                    <w:sz w:val="20"/>
                    <w:szCs w:val="20"/>
                  </w:rPr>
                </w:pPr>
                <w:r w:rsidRPr="00E91124">
                  <w:rPr>
                    <w:rStyle w:val="TextodoEspaoReservado"/>
                  </w:rPr>
                  <w:t>Clique aqui para digitar texto.</w:t>
                </w:r>
              </w:p>
            </w:tc>
          </w:sdtContent>
        </w:sdt>
        <w:tc>
          <w:tcPr>
            <w:tcW w:w="2203" w:type="dxa"/>
          </w:tcPr>
          <w:p w:rsidR="002624E1" w:rsidRPr="002624E1" w:rsidRDefault="002624E1" w:rsidP="00DC7E1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Numeração Predial</w:t>
            </w:r>
            <w:r w:rsidRPr="002624E1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:</w:t>
            </w:r>
          </w:p>
        </w:tc>
        <w:sdt>
          <w:sdtPr>
            <w:rPr>
              <w:sz w:val="18"/>
              <w:szCs w:val="20"/>
            </w:rPr>
            <w:id w:val="-1240708003"/>
            <w:placeholder>
              <w:docPart w:val="6438C02DCBEE497498763C677E080EC9"/>
            </w:placeholder>
            <w:showingPlcHdr/>
            <w:text/>
          </w:sdtPr>
          <w:sdtEndPr/>
          <w:sdtContent>
            <w:tc>
              <w:tcPr>
                <w:tcW w:w="2795" w:type="dxa"/>
              </w:tcPr>
              <w:p w:rsidR="002624E1" w:rsidRDefault="002624E1" w:rsidP="00DC7E15">
                <w:pPr>
                  <w:rPr>
                    <w:sz w:val="20"/>
                    <w:szCs w:val="20"/>
                  </w:rPr>
                </w:pPr>
                <w:r w:rsidRPr="002624E1">
                  <w:rPr>
                    <w:rStyle w:val="TextodoEspaoReservado"/>
                    <w:sz w:val="20"/>
                  </w:rPr>
                  <w:t>Clique aqui para digitar texto.</w:t>
                </w:r>
              </w:p>
            </w:tc>
          </w:sdtContent>
        </w:sdt>
      </w:tr>
      <w:tr w:rsidR="002624E1" w:rsidTr="00F94854">
        <w:trPr>
          <w:trHeight w:val="333"/>
        </w:trPr>
        <w:tc>
          <w:tcPr>
            <w:tcW w:w="1980" w:type="dxa"/>
          </w:tcPr>
          <w:p w:rsidR="002624E1" w:rsidRPr="002624E1" w:rsidRDefault="002624E1" w:rsidP="00DC7E1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Bairro</w:t>
            </w:r>
            <w:r w:rsidRPr="002624E1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:</w:t>
            </w:r>
          </w:p>
        </w:tc>
        <w:sdt>
          <w:sdtPr>
            <w:rPr>
              <w:szCs w:val="20"/>
            </w:rPr>
            <w:id w:val="-265536252"/>
            <w:placeholder>
              <w:docPart w:val="DefaultPlaceholder_1081868575"/>
            </w:placeholder>
            <w:comboBox>
              <w:listItem w:value="Escolher um item."/>
              <w:listItem w:displayText="Centro" w:value="Centro"/>
              <w:listItem w:displayText="Alto Paraiso" w:value="Alto Paraiso"/>
              <w:listItem w:displayText="São Francisco de Assis" w:value="São Francisco de Assis"/>
              <w:listItem w:displayText="Barreiros" w:value="Barreiros"/>
              <w:listItem w:displayText="Tancredo Neves" w:value="Tancredo Neves"/>
              <w:listItem w:displayText="Palmital" w:value="Palmital"/>
            </w:comboBox>
          </w:sdtPr>
          <w:sdtEndPr/>
          <w:sdtContent>
            <w:tc>
              <w:tcPr>
                <w:tcW w:w="3013" w:type="dxa"/>
              </w:tcPr>
              <w:p w:rsidR="002624E1" w:rsidRPr="002624E1" w:rsidRDefault="002624E1" w:rsidP="002624E1">
                <w:pPr>
                  <w:rPr>
                    <w:sz w:val="18"/>
                    <w:szCs w:val="20"/>
                  </w:rPr>
                </w:pPr>
                <w:r>
                  <w:rPr>
                    <w:szCs w:val="20"/>
                  </w:rPr>
                  <w:t>Centro</w:t>
                </w:r>
              </w:p>
            </w:tc>
          </w:sdtContent>
        </w:sdt>
        <w:tc>
          <w:tcPr>
            <w:tcW w:w="2203" w:type="dxa"/>
          </w:tcPr>
          <w:p w:rsidR="002624E1" w:rsidRPr="002624E1" w:rsidRDefault="002624E1" w:rsidP="00DC7E1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Matrícula do Imóvel:</w:t>
            </w:r>
            <w:r w:rsidRPr="002624E1">
              <w:rPr>
                <w:b/>
                <w:sz w:val="20"/>
                <w:szCs w:val="20"/>
              </w:rPr>
              <w:t xml:space="preserve"> </w:t>
            </w:r>
          </w:p>
        </w:tc>
        <w:sdt>
          <w:sdtPr>
            <w:rPr>
              <w:sz w:val="18"/>
              <w:szCs w:val="20"/>
            </w:rPr>
            <w:id w:val="-1517147341"/>
            <w:placeholder>
              <w:docPart w:val="EA969B3931D843F29254C19601A440CD"/>
            </w:placeholder>
            <w:showingPlcHdr/>
            <w:text/>
          </w:sdtPr>
          <w:sdtEndPr/>
          <w:sdtContent>
            <w:tc>
              <w:tcPr>
                <w:tcW w:w="2795" w:type="dxa"/>
              </w:tcPr>
              <w:p w:rsidR="002624E1" w:rsidRDefault="002624E1" w:rsidP="00DC7E15">
                <w:pPr>
                  <w:rPr>
                    <w:sz w:val="20"/>
                    <w:szCs w:val="20"/>
                  </w:rPr>
                </w:pPr>
                <w:r w:rsidRPr="002624E1">
                  <w:rPr>
                    <w:rStyle w:val="TextodoEspaoReservado"/>
                    <w:sz w:val="20"/>
                  </w:rPr>
                  <w:t>Clique aqui para digitar texto.</w:t>
                </w:r>
              </w:p>
            </w:tc>
          </w:sdtContent>
        </w:sdt>
      </w:tr>
    </w:tbl>
    <w:p w:rsidR="007D1171" w:rsidRDefault="007D1171" w:rsidP="00067F09">
      <w:pPr>
        <w:spacing w:line="240" w:lineRule="auto"/>
        <w:rPr>
          <w:b/>
          <w:sz w:val="20"/>
          <w:szCs w:val="20"/>
        </w:rPr>
        <w:sectPr w:rsidR="007D1171" w:rsidSect="007D1171">
          <w:type w:val="continuous"/>
          <w:pgSz w:w="12240" w:h="15840"/>
          <w:pgMar w:top="1440" w:right="1800" w:bottom="1440" w:left="1800" w:header="720" w:footer="720" w:gutter="0"/>
          <w:cols w:num="2" w:space="720"/>
          <w:docGrid w:linePitch="360"/>
        </w:sectPr>
      </w:pPr>
    </w:p>
    <w:p w:rsidR="002624E1" w:rsidRDefault="002624E1" w:rsidP="00067F09">
      <w:pPr>
        <w:spacing w:line="240" w:lineRule="auto"/>
        <w:rPr>
          <w:b/>
          <w:sz w:val="20"/>
          <w:szCs w:val="20"/>
        </w:rPr>
      </w:pPr>
    </w:p>
    <w:p w:rsidR="005F6D61" w:rsidRPr="00F04F41" w:rsidRDefault="00F04F41" w:rsidP="005F6D61">
      <w:pPr>
        <w:spacing w:line="240" w:lineRule="auto"/>
        <w:rPr>
          <w:color w:val="336600"/>
          <w:sz w:val="20"/>
          <w:szCs w:val="20"/>
        </w:rPr>
        <w:sectPr w:rsidR="005F6D61" w:rsidRPr="00F04F41" w:rsidSect="00C82946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  <w:r w:rsidRPr="00F04F41">
        <w:rPr>
          <w:b/>
          <w:color w:val="336600"/>
          <w:sz w:val="20"/>
          <w:szCs w:val="20"/>
        </w:rPr>
        <w:t>3</w:t>
      </w:r>
      <w:r w:rsidR="005F6D61" w:rsidRPr="00F04F41">
        <w:rPr>
          <w:b/>
          <w:color w:val="336600"/>
          <w:sz w:val="20"/>
          <w:szCs w:val="20"/>
        </w:rPr>
        <w:t>. RESPONSÁVEL TÉCNICO</w:t>
      </w:r>
    </w:p>
    <w:tbl>
      <w:tblPr>
        <w:tblStyle w:val="Tabelacomgrade"/>
        <w:tblpPr w:leftFromText="141" w:rightFromText="141" w:vertAnchor="text" w:horzAnchor="margin" w:tblpY="139"/>
        <w:tblW w:w="99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3"/>
        <w:gridCol w:w="3160"/>
        <w:gridCol w:w="2203"/>
        <w:gridCol w:w="2795"/>
      </w:tblGrid>
      <w:tr w:rsidR="005F6D61" w:rsidTr="00DC7E15">
        <w:trPr>
          <w:trHeight w:val="312"/>
        </w:trPr>
        <w:tc>
          <w:tcPr>
            <w:tcW w:w="1833" w:type="dxa"/>
          </w:tcPr>
          <w:p w:rsidR="005F6D61" w:rsidRPr="002624E1" w:rsidRDefault="005F6D61" w:rsidP="00DC7E15">
            <w:pPr>
              <w:rPr>
                <w:b/>
                <w:sz w:val="20"/>
                <w:szCs w:val="20"/>
              </w:rPr>
            </w:pPr>
            <w:r w:rsidRPr="002624E1">
              <w:rPr>
                <w:b/>
                <w:sz w:val="20"/>
                <w:szCs w:val="20"/>
              </w:rPr>
              <w:t>Nome Completo:</w:t>
            </w:r>
          </w:p>
        </w:tc>
        <w:sdt>
          <w:sdtPr>
            <w:rPr>
              <w:sz w:val="20"/>
              <w:szCs w:val="20"/>
            </w:rPr>
            <w:id w:val="1824544132"/>
            <w:placeholder>
              <w:docPart w:val="CF62AE1629A24B54BD92BB52601864BE"/>
            </w:placeholder>
            <w:showingPlcHdr/>
          </w:sdtPr>
          <w:sdtEndPr/>
          <w:sdtContent>
            <w:tc>
              <w:tcPr>
                <w:tcW w:w="3160" w:type="dxa"/>
              </w:tcPr>
              <w:p w:rsidR="005F6D61" w:rsidRDefault="005F6D61" w:rsidP="00DC7E15">
                <w:pPr>
                  <w:rPr>
                    <w:sz w:val="20"/>
                    <w:szCs w:val="20"/>
                  </w:rPr>
                </w:pPr>
                <w:r w:rsidRPr="002624E1">
                  <w:rPr>
                    <w:rStyle w:val="TextodoEspaoReservado"/>
                    <w:sz w:val="20"/>
                  </w:rPr>
                  <w:t>Clique aqui para digitar texto.</w:t>
                </w:r>
              </w:p>
            </w:tc>
          </w:sdtContent>
        </w:sdt>
        <w:tc>
          <w:tcPr>
            <w:tcW w:w="2203" w:type="dxa"/>
          </w:tcPr>
          <w:p w:rsidR="005F6D61" w:rsidRPr="002624E1" w:rsidRDefault="005F6D61" w:rsidP="00DC7E1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CREA/CAU:</w:t>
            </w:r>
          </w:p>
        </w:tc>
        <w:sdt>
          <w:sdtPr>
            <w:rPr>
              <w:sz w:val="18"/>
              <w:szCs w:val="20"/>
            </w:rPr>
            <w:id w:val="-19628540"/>
            <w:placeholder>
              <w:docPart w:val="F34C9DBD8615488DB137B8DB8E803F4A"/>
            </w:placeholder>
            <w:showingPlcHdr/>
            <w:text/>
          </w:sdtPr>
          <w:sdtEndPr/>
          <w:sdtContent>
            <w:tc>
              <w:tcPr>
                <w:tcW w:w="2795" w:type="dxa"/>
              </w:tcPr>
              <w:p w:rsidR="005F6D61" w:rsidRDefault="005F6D61" w:rsidP="00DC7E15">
                <w:pPr>
                  <w:rPr>
                    <w:sz w:val="20"/>
                    <w:szCs w:val="20"/>
                  </w:rPr>
                </w:pPr>
                <w:r w:rsidRPr="00E91124">
                  <w:rPr>
                    <w:rStyle w:val="TextodoEspaoReservado"/>
                  </w:rPr>
                  <w:t>Clique aqui para digitar texto.</w:t>
                </w:r>
              </w:p>
            </w:tc>
          </w:sdtContent>
        </w:sdt>
      </w:tr>
    </w:tbl>
    <w:p w:rsidR="00751F60" w:rsidRPr="00F04F41" w:rsidRDefault="00F04F41" w:rsidP="00067F09">
      <w:pPr>
        <w:spacing w:line="240" w:lineRule="auto"/>
        <w:rPr>
          <w:color w:val="336600"/>
          <w:sz w:val="20"/>
          <w:szCs w:val="20"/>
        </w:rPr>
      </w:pPr>
      <w:r w:rsidRPr="00F04F41">
        <w:rPr>
          <w:b/>
          <w:color w:val="336600"/>
          <w:sz w:val="20"/>
          <w:szCs w:val="20"/>
        </w:rPr>
        <w:t>4</w:t>
      </w:r>
      <w:r w:rsidR="009C30AC" w:rsidRPr="00F04F41">
        <w:rPr>
          <w:b/>
          <w:color w:val="336600"/>
          <w:sz w:val="20"/>
          <w:szCs w:val="20"/>
        </w:rPr>
        <w:t>. CARACTERÍSTICAS DO PROJETO</w:t>
      </w:r>
    </w:p>
    <w:tbl>
      <w:tblPr>
        <w:tblStyle w:val="Tabelacomgrade"/>
        <w:tblpPr w:leftFromText="141" w:rightFromText="141" w:vertAnchor="text" w:horzAnchor="margin" w:tblpY="19"/>
        <w:tblW w:w="100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7"/>
        <w:gridCol w:w="1534"/>
        <w:gridCol w:w="5471"/>
      </w:tblGrid>
      <w:tr w:rsidR="00E15341" w:rsidTr="005F6D61">
        <w:trPr>
          <w:trHeight w:val="530"/>
        </w:trPr>
        <w:tc>
          <w:tcPr>
            <w:tcW w:w="2997" w:type="dxa"/>
          </w:tcPr>
          <w:p w:rsidR="008A24D7" w:rsidRPr="00082FB5" w:rsidRDefault="008A24D7" w:rsidP="00E15341">
            <w:pPr>
              <w:rPr>
                <w:rFonts w:cstheme="majorHAnsi"/>
                <w:b/>
                <w:sz w:val="18"/>
                <w:szCs w:val="18"/>
              </w:rPr>
            </w:pPr>
            <w:r w:rsidRPr="00082FB5">
              <w:rPr>
                <w:rFonts w:cstheme="majorHAnsi"/>
                <w:b/>
                <w:sz w:val="18"/>
                <w:szCs w:val="18"/>
              </w:rPr>
              <w:t xml:space="preserve">Área Total da Construção (m²): </w:t>
            </w:r>
          </w:p>
          <w:p w:rsidR="008A24D7" w:rsidRPr="00082FB5" w:rsidRDefault="008A24D7" w:rsidP="00E15341">
            <w:pPr>
              <w:rPr>
                <w:rFonts w:cstheme="majorHAnsi"/>
                <w:b/>
                <w:sz w:val="18"/>
                <w:szCs w:val="18"/>
              </w:rPr>
            </w:pPr>
          </w:p>
        </w:tc>
        <w:sdt>
          <w:sdtPr>
            <w:rPr>
              <w:rFonts w:cstheme="majorHAnsi"/>
              <w:sz w:val="18"/>
              <w:szCs w:val="18"/>
            </w:rPr>
            <w:id w:val="1630667866"/>
            <w:placeholder>
              <w:docPart w:val="18F311D6F125482DBD56502D9DE899C2"/>
            </w:placeholder>
            <w:showingPlcHdr/>
          </w:sdtPr>
          <w:sdtEndPr/>
          <w:sdtContent>
            <w:tc>
              <w:tcPr>
                <w:tcW w:w="1534" w:type="dxa"/>
              </w:tcPr>
              <w:p w:rsidR="008A24D7" w:rsidRPr="00082FB5" w:rsidRDefault="00082FB5" w:rsidP="00E15341">
                <w:pPr>
                  <w:rPr>
                    <w:rFonts w:cstheme="majorHAnsi"/>
                    <w:sz w:val="18"/>
                    <w:szCs w:val="18"/>
                  </w:rPr>
                </w:pPr>
                <w:r w:rsidRPr="00E91124">
                  <w:rPr>
                    <w:rStyle w:val="TextodoEspaoReservado"/>
                  </w:rPr>
                  <w:t>Clique aqui para digitar texto.</w:t>
                </w:r>
              </w:p>
            </w:tc>
          </w:sdtContent>
        </w:sdt>
        <w:tc>
          <w:tcPr>
            <w:tcW w:w="5471" w:type="dxa"/>
          </w:tcPr>
          <w:p w:rsidR="008A24D7" w:rsidRPr="00082FB5" w:rsidRDefault="008A24D7" w:rsidP="00E15341">
            <w:pPr>
              <w:rPr>
                <w:rFonts w:cstheme="majorHAnsi"/>
                <w:sz w:val="18"/>
                <w:szCs w:val="18"/>
              </w:rPr>
            </w:pPr>
            <w:r w:rsidRPr="00082FB5">
              <w:rPr>
                <w:rFonts w:cstheme="majorHAnsi"/>
                <w:sz w:val="18"/>
                <w:szCs w:val="18"/>
              </w:rPr>
              <w:t>Tipo de Obra:</w:t>
            </w:r>
            <w:r w:rsidR="00082FB5">
              <w:rPr>
                <w:rFonts w:cstheme="majorHAnsi"/>
                <w:sz w:val="18"/>
                <w:szCs w:val="18"/>
              </w:rPr>
              <w:t xml:space="preserve"> </w:t>
            </w:r>
            <w:sdt>
              <w:sdtPr>
                <w:rPr>
                  <w:rFonts w:cstheme="majorHAnsi"/>
                  <w:sz w:val="18"/>
                  <w:szCs w:val="18"/>
                </w:rPr>
                <w:id w:val="1991908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2FB5">
                  <w:rPr>
                    <w:rFonts w:ascii="MS Gothic" w:eastAsia="MS Gothic" w:hAnsi="MS Gothic" w:cstheme="majorHAnsi" w:hint="eastAsia"/>
                    <w:sz w:val="18"/>
                    <w:szCs w:val="18"/>
                  </w:rPr>
                  <w:t>☐</w:t>
                </w:r>
              </w:sdtContent>
            </w:sdt>
            <w:r w:rsidR="00082FB5">
              <w:rPr>
                <w:rFonts w:cstheme="majorHAnsi"/>
                <w:sz w:val="18"/>
                <w:szCs w:val="18"/>
              </w:rPr>
              <w:t xml:space="preserve"> </w:t>
            </w:r>
            <w:r w:rsidRPr="00082FB5">
              <w:rPr>
                <w:rFonts w:cstheme="majorHAnsi"/>
                <w:sz w:val="18"/>
                <w:szCs w:val="18"/>
              </w:rPr>
              <w:t xml:space="preserve"> Construção </w:t>
            </w:r>
            <w:r w:rsidR="00082FB5">
              <w:rPr>
                <w:rFonts w:cstheme="majorHAnsi"/>
                <w:sz w:val="18"/>
                <w:szCs w:val="18"/>
              </w:rPr>
              <w:t xml:space="preserve"> </w:t>
            </w:r>
            <w:sdt>
              <w:sdtPr>
                <w:rPr>
                  <w:rFonts w:cstheme="majorHAnsi"/>
                  <w:sz w:val="18"/>
                  <w:szCs w:val="18"/>
                </w:rPr>
                <w:id w:val="-1882697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82FB5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082FB5">
              <w:rPr>
                <w:rFonts w:cstheme="majorHAnsi"/>
                <w:sz w:val="18"/>
                <w:szCs w:val="18"/>
              </w:rPr>
              <w:t xml:space="preserve"> </w:t>
            </w:r>
            <w:r w:rsidRPr="00082FB5">
              <w:rPr>
                <w:rFonts w:cstheme="majorHAnsi"/>
                <w:sz w:val="18"/>
                <w:szCs w:val="18"/>
              </w:rPr>
              <w:t xml:space="preserve"> Reforma</w:t>
            </w:r>
            <w:r w:rsidRPr="00082FB5">
              <w:rPr>
                <w:rFonts w:cstheme="majorHAnsi"/>
                <w:sz w:val="18"/>
                <w:szCs w:val="18"/>
              </w:rPr>
              <w:br/>
              <w:t xml:space="preserve"> </w:t>
            </w:r>
            <w:sdt>
              <w:sdtPr>
                <w:rPr>
                  <w:rFonts w:cstheme="majorHAnsi"/>
                  <w:sz w:val="18"/>
                  <w:szCs w:val="18"/>
                </w:rPr>
                <w:id w:val="-1181511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82FB5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082FB5">
              <w:rPr>
                <w:rFonts w:cstheme="majorHAnsi"/>
                <w:sz w:val="18"/>
                <w:szCs w:val="18"/>
              </w:rPr>
              <w:t xml:space="preserve"> </w:t>
            </w:r>
            <w:r w:rsidRPr="00082FB5">
              <w:rPr>
                <w:rFonts w:cstheme="majorHAnsi"/>
                <w:sz w:val="18"/>
                <w:szCs w:val="18"/>
              </w:rPr>
              <w:t>Ampliação</w:t>
            </w:r>
            <w:r w:rsidR="00082FB5">
              <w:rPr>
                <w:rFonts w:cstheme="majorHAnsi"/>
                <w:sz w:val="18"/>
                <w:szCs w:val="18"/>
              </w:rPr>
              <w:t xml:space="preserve"> </w:t>
            </w:r>
            <w:sdt>
              <w:sdtPr>
                <w:rPr>
                  <w:rFonts w:cstheme="majorHAnsi"/>
                  <w:sz w:val="18"/>
                  <w:szCs w:val="18"/>
                </w:rPr>
                <w:id w:val="724728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82FB5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082FB5">
              <w:rPr>
                <w:rFonts w:cstheme="majorHAnsi"/>
                <w:sz w:val="18"/>
                <w:szCs w:val="18"/>
              </w:rPr>
              <w:t xml:space="preserve"> Reforma e Ampliação</w:t>
            </w:r>
            <w:r w:rsidR="00082FB5">
              <w:rPr>
                <w:rFonts w:cstheme="majorHAnsi"/>
                <w:sz w:val="18"/>
                <w:szCs w:val="18"/>
              </w:rPr>
              <w:t xml:space="preserve"> </w:t>
            </w:r>
            <w:r w:rsidRPr="00082FB5">
              <w:rPr>
                <w:rFonts w:cstheme="majorHAnsi"/>
                <w:sz w:val="18"/>
                <w:szCs w:val="18"/>
              </w:rPr>
              <w:t xml:space="preserve"> </w:t>
            </w:r>
            <w:sdt>
              <w:sdtPr>
                <w:rPr>
                  <w:rFonts w:cstheme="majorHAnsi"/>
                  <w:sz w:val="18"/>
                  <w:szCs w:val="18"/>
                </w:rPr>
                <w:id w:val="17543134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82FB5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082FB5">
              <w:rPr>
                <w:rFonts w:cstheme="majorHAnsi"/>
                <w:sz w:val="18"/>
                <w:szCs w:val="18"/>
              </w:rPr>
              <w:t xml:space="preserve"> Demolição</w:t>
            </w:r>
          </w:p>
          <w:p w:rsidR="008A24D7" w:rsidRPr="00082FB5" w:rsidRDefault="008A24D7" w:rsidP="00E15341">
            <w:pPr>
              <w:rPr>
                <w:rFonts w:cstheme="majorHAnsi"/>
                <w:sz w:val="18"/>
                <w:szCs w:val="18"/>
              </w:rPr>
            </w:pPr>
          </w:p>
        </w:tc>
      </w:tr>
      <w:tr w:rsidR="00E15341" w:rsidTr="005F6D61">
        <w:trPr>
          <w:trHeight w:val="358"/>
        </w:trPr>
        <w:tc>
          <w:tcPr>
            <w:tcW w:w="2997" w:type="dxa"/>
          </w:tcPr>
          <w:p w:rsidR="008A24D7" w:rsidRPr="00082FB5" w:rsidRDefault="008A24D7" w:rsidP="00E15341">
            <w:pPr>
              <w:rPr>
                <w:rFonts w:cstheme="majorHAnsi"/>
                <w:b/>
                <w:sz w:val="18"/>
                <w:szCs w:val="18"/>
              </w:rPr>
            </w:pPr>
            <w:r w:rsidRPr="00082FB5">
              <w:rPr>
                <w:rFonts w:cstheme="majorHAnsi"/>
                <w:b/>
                <w:sz w:val="18"/>
                <w:szCs w:val="18"/>
              </w:rPr>
              <w:t xml:space="preserve">Número de Unidades: </w:t>
            </w:r>
          </w:p>
          <w:p w:rsidR="008A24D7" w:rsidRPr="00082FB5" w:rsidRDefault="008A24D7" w:rsidP="00E15341">
            <w:pPr>
              <w:rPr>
                <w:rFonts w:cstheme="majorHAnsi"/>
                <w:b/>
                <w:sz w:val="18"/>
                <w:szCs w:val="18"/>
              </w:rPr>
            </w:pPr>
          </w:p>
        </w:tc>
        <w:sdt>
          <w:sdtPr>
            <w:rPr>
              <w:rFonts w:cstheme="majorHAnsi"/>
              <w:sz w:val="18"/>
              <w:szCs w:val="18"/>
            </w:rPr>
            <w:id w:val="-1127390129"/>
            <w:placeholder>
              <w:docPart w:val="2A9E5C74D42342FB9E0D36822B18E9EB"/>
            </w:placeholder>
            <w:showingPlcHdr/>
            <w:text/>
          </w:sdtPr>
          <w:sdtEndPr/>
          <w:sdtContent>
            <w:tc>
              <w:tcPr>
                <w:tcW w:w="1534" w:type="dxa"/>
              </w:tcPr>
              <w:p w:rsidR="008A24D7" w:rsidRPr="00082FB5" w:rsidRDefault="008A24D7" w:rsidP="00E15341">
                <w:pPr>
                  <w:rPr>
                    <w:rFonts w:cstheme="majorHAnsi"/>
                    <w:sz w:val="18"/>
                    <w:szCs w:val="18"/>
                  </w:rPr>
                </w:pPr>
                <w:r w:rsidRPr="00082FB5">
                  <w:rPr>
                    <w:rStyle w:val="TextodoEspaoReservado"/>
                    <w:rFonts w:cstheme="majorHAnsi"/>
                    <w:sz w:val="18"/>
                    <w:szCs w:val="18"/>
                  </w:rPr>
                  <w:t>Clique aqui para digitar texto.</w:t>
                </w:r>
              </w:p>
            </w:tc>
          </w:sdtContent>
        </w:sdt>
        <w:tc>
          <w:tcPr>
            <w:tcW w:w="5471" w:type="dxa"/>
          </w:tcPr>
          <w:p w:rsidR="008A24D7" w:rsidRPr="00082FB5" w:rsidRDefault="008A24D7" w:rsidP="00E15341">
            <w:pPr>
              <w:rPr>
                <w:rFonts w:cstheme="majorHAnsi"/>
                <w:sz w:val="18"/>
                <w:szCs w:val="18"/>
              </w:rPr>
            </w:pPr>
            <w:r w:rsidRPr="00082FB5">
              <w:rPr>
                <w:rFonts w:cstheme="majorHAnsi"/>
                <w:sz w:val="18"/>
                <w:szCs w:val="18"/>
              </w:rPr>
              <w:t xml:space="preserve">Tipo de Estrutura: </w:t>
            </w:r>
            <w:sdt>
              <w:sdtPr>
                <w:rPr>
                  <w:rFonts w:cstheme="majorHAnsi"/>
                  <w:sz w:val="18"/>
                  <w:szCs w:val="18"/>
                </w:rPr>
                <w:id w:val="-1777625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82FB5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082FB5">
              <w:rPr>
                <w:rFonts w:cstheme="majorHAnsi"/>
                <w:sz w:val="18"/>
                <w:szCs w:val="18"/>
              </w:rPr>
              <w:t xml:space="preserve"> Alvenaria </w:t>
            </w:r>
            <w:sdt>
              <w:sdtPr>
                <w:rPr>
                  <w:rFonts w:cstheme="majorHAnsi"/>
                  <w:sz w:val="18"/>
                  <w:szCs w:val="18"/>
                </w:rPr>
                <w:id w:val="2059207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82FB5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082FB5">
              <w:rPr>
                <w:rFonts w:cstheme="majorHAnsi"/>
                <w:sz w:val="18"/>
                <w:szCs w:val="18"/>
              </w:rPr>
              <w:t xml:space="preserve"> Madeira </w:t>
            </w:r>
            <w:sdt>
              <w:sdtPr>
                <w:rPr>
                  <w:rFonts w:cstheme="majorHAnsi"/>
                  <w:sz w:val="18"/>
                  <w:szCs w:val="18"/>
                </w:rPr>
                <w:id w:val="1411889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82FB5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082FB5">
              <w:rPr>
                <w:rFonts w:cstheme="majorHAnsi"/>
                <w:sz w:val="18"/>
                <w:szCs w:val="18"/>
              </w:rPr>
              <w:t xml:space="preserve"> </w:t>
            </w:r>
            <w:r w:rsidRPr="00082FB5">
              <w:rPr>
                <w:rFonts w:cstheme="majorHAnsi"/>
                <w:sz w:val="18"/>
                <w:szCs w:val="18"/>
              </w:rPr>
              <w:t xml:space="preserve">Mista </w:t>
            </w:r>
            <w:r w:rsidR="00E15341">
              <w:rPr>
                <w:rFonts w:cstheme="majorHAnsi"/>
                <w:sz w:val="18"/>
                <w:szCs w:val="18"/>
              </w:rPr>
              <w:br/>
            </w:r>
            <w:r w:rsidRPr="00082FB5">
              <w:rPr>
                <w:rFonts w:cstheme="majorHAnsi"/>
                <w:sz w:val="18"/>
                <w:szCs w:val="18"/>
              </w:rPr>
              <w:t xml:space="preserve">Outro: </w:t>
            </w:r>
            <w:sdt>
              <w:sdtPr>
                <w:rPr>
                  <w:rFonts w:cstheme="majorHAnsi"/>
                  <w:sz w:val="18"/>
                  <w:szCs w:val="18"/>
                </w:rPr>
                <w:id w:val="-260224574"/>
                <w:placeholder>
                  <w:docPart w:val="7AC4FB1D7C9A4EF799CC28EB2D147DD9"/>
                </w:placeholder>
                <w:showingPlcHdr/>
                <w:text/>
              </w:sdtPr>
              <w:sdtEndPr/>
              <w:sdtContent>
                <w:r w:rsidR="00E15341" w:rsidRPr="00E91124">
                  <w:rPr>
                    <w:rStyle w:val="TextodoEspaoReservado"/>
                  </w:rPr>
                  <w:t>Clique aqui para digitar texto.</w:t>
                </w:r>
              </w:sdtContent>
            </w:sdt>
          </w:p>
          <w:p w:rsidR="008A24D7" w:rsidRPr="00082FB5" w:rsidRDefault="008A24D7" w:rsidP="00E15341">
            <w:pPr>
              <w:rPr>
                <w:rFonts w:cstheme="majorHAnsi"/>
                <w:sz w:val="18"/>
                <w:szCs w:val="18"/>
              </w:rPr>
            </w:pPr>
          </w:p>
        </w:tc>
      </w:tr>
      <w:tr w:rsidR="00E15341" w:rsidTr="005F6D61">
        <w:trPr>
          <w:trHeight w:val="387"/>
        </w:trPr>
        <w:tc>
          <w:tcPr>
            <w:tcW w:w="2997" w:type="dxa"/>
          </w:tcPr>
          <w:p w:rsidR="008A24D7" w:rsidRPr="00082FB5" w:rsidRDefault="008A24D7" w:rsidP="00E15341">
            <w:pPr>
              <w:rPr>
                <w:rFonts w:cstheme="majorHAnsi"/>
                <w:b/>
                <w:sz w:val="18"/>
                <w:szCs w:val="18"/>
              </w:rPr>
            </w:pPr>
            <w:r w:rsidRPr="00082FB5">
              <w:rPr>
                <w:rFonts w:cstheme="majorHAnsi"/>
                <w:b/>
                <w:sz w:val="18"/>
                <w:szCs w:val="18"/>
              </w:rPr>
              <w:t xml:space="preserve">Número de Pavimentos: </w:t>
            </w:r>
          </w:p>
          <w:p w:rsidR="008A24D7" w:rsidRPr="00082FB5" w:rsidRDefault="008A24D7" w:rsidP="00E15341">
            <w:pPr>
              <w:rPr>
                <w:rFonts w:cstheme="majorHAnsi"/>
                <w:b/>
                <w:sz w:val="18"/>
                <w:szCs w:val="18"/>
              </w:rPr>
            </w:pPr>
          </w:p>
        </w:tc>
        <w:sdt>
          <w:sdtPr>
            <w:rPr>
              <w:rFonts w:cstheme="majorHAnsi"/>
              <w:sz w:val="18"/>
              <w:szCs w:val="18"/>
            </w:rPr>
            <w:id w:val="88045879"/>
            <w:placeholder>
              <w:docPart w:val="00D1D5B8DD9C4836A30EB0C5DE2CDA9B"/>
            </w:placeholder>
            <w:showingPlcHdr/>
            <w:text/>
          </w:sdtPr>
          <w:sdtEndPr/>
          <w:sdtContent>
            <w:tc>
              <w:tcPr>
                <w:tcW w:w="1534" w:type="dxa"/>
              </w:tcPr>
              <w:p w:rsidR="008A24D7" w:rsidRPr="00082FB5" w:rsidRDefault="008A24D7" w:rsidP="00E15341">
                <w:pPr>
                  <w:rPr>
                    <w:rFonts w:cstheme="majorHAnsi"/>
                    <w:sz w:val="18"/>
                    <w:szCs w:val="18"/>
                  </w:rPr>
                </w:pPr>
                <w:r w:rsidRPr="00082FB5">
                  <w:rPr>
                    <w:rStyle w:val="TextodoEspaoReservado"/>
                    <w:rFonts w:cstheme="majorHAnsi"/>
                    <w:sz w:val="18"/>
                    <w:szCs w:val="18"/>
                  </w:rPr>
                  <w:t>Clique aqui para digitar texto.</w:t>
                </w:r>
              </w:p>
            </w:tc>
          </w:sdtContent>
        </w:sdt>
        <w:tc>
          <w:tcPr>
            <w:tcW w:w="5471" w:type="dxa"/>
          </w:tcPr>
          <w:p w:rsidR="008A24D7" w:rsidRPr="00082FB5" w:rsidRDefault="008A24D7" w:rsidP="00E15341">
            <w:pPr>
              <w:rPr>
                <w:rFonts w:cstheme="majorHAnsi"/>
                <w:sz w:val="18"/>
                <w:szCs w:val="18"/>
              </w:rPr>
            </w:pPr>
            <w:r w:rsidRPr="00082FB5">
              <w:rPr>
                <w:rFonts w:cstheme="majorHAnsi"/>
                <w:sz w:val="18"/>
                <w:szCs w:val="18"/>
              </w:rPr>
              <w:t xml:space="preserve">Finalidade da Obra: </w:t>
            </w:r>
            <w:sdt>
              <w:sdtPr>
                <w:rPr>
                  <w:rFonts w:cstheme="majorHAnsi"/>
                  <w:sz w:val="18"/>
                  <w:szCs w:val="18"/>
                </w:rPr>
                <w:id w:val="-1962712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82FB5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082FB5">
              <w:rPr>
                <w:rFonts w:cstheme="majorHAnsi"/>
                <w:sz w:val="18"/>
                <w:szCs w:val="18"/>
              </w:rPr>
              <w:t xml:space="preserve">  Residencial </w:t>
            </w:r>
            <w:sdt>
              <w:sdtPr>
                <w:rPr>
                  <w:rFonts w:cstheme="majorHAnsi"/>
                  <w:sz w:val="18"/>
                  <w:szCs w:val="18"/>
                </w:rPr>
                <w:id w:val="-782500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82FB5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082FB5">
              <w:rPr>
                <w:rFonts w:cstheme="majorHAnsi"/>
                <w:sz w:val="18"/>
                <w:szCs w:val="18"/>
              </w:rPr>
              <w:t xml:space="preserve"> </w:t>
            </w:r>
            <w:r w:rsidRPr="00082FB5">
              <w:rPr>
                <w:rFonts w:cstheme="majorHAnsi"/>
                <w:sz w:val="18"/>
                <w:szCs w:val="18"/>
              </w:rPr>
              <w:t xml:space="preserve">Comercial  </w:t>
            </w:r>
            <w:sdt>
              <w:sdtPr>
                <w:rPr>
                  <w:rFonts w:cstheme="majorHAnsi"/>
                  <w:sz w:val="18"/>
                  <w:szCs w:val="18"/>
                </w:rPr>
                <w:id w:val="-757824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82FB5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082FB5">
              <w:rPr>
                <w:rFonts w:cstheme="majorHAnsi"/>
                <w:sz w:val="18"/>
                <w:szCs w:val="18"/>
              </w:rPr>
              <w:t xml:space="preserve">  </w:t>
            </w:r>
            <w:r w:rsidR="00082FB5">
              <w:rPr>
                <w:rFonts w:cstheme="majorHAnsi"/>
                <w:sz w:val="18"/>
                <w:szCs w:val="18"/>
              </w:rPr>
              <w:t>I</w:t>
            </w:r>
            <w:r w:rsidRPr="00082FB5">
              <w:rPr>
                <w:rFonts w:cstheme="majorHAnsi"/>
                <w:sz w:val="18"/>
                <w:szCs w:val="18"/>
              </w:rPr>
              <w:t xml:space="preserve">ndustrial  </w:t>
            </w:r>
            <w:r w:rsidR="00E15341" w:rsidRPr="00082FB5">
              <w:rPr>
                <w:rFonts w:cstheme="majorHAnsi"/>
                <w:sz w:val="18"/>
                <w:szCs w:val="18"/>
              </w:rPr>
              <w:t xml:space="preserve"> </w:t>
            </w:r>
            <w:r w:rsidR="00E15341">
              <w:rPr>
                <w:rFonts w:cstheme="majorHAnsi"/>
                <w:sz w:val="18"/>
                <w:szCs w:val="18"/>
              </w:rPr>
              <w:t xml:space="preserve">       </w:t>
            </w:r>
            <w:sdt>
              <w:sdtPr>
                <w:rPr>
                  <w:rFonts w:cstheme="majorHAnsi"/>
                  <w:sz w:val="18"/>
                  <w:szCs w:val="18"/>
                </w:rPr>
                <w:id w:val="1702052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5341">
                  <w:rPr>
                    <w:rFonts w:ascii="MS Gothic" w:eastAsia="MS Gothic" w:hAnsi="MS Gothic" w:cstheme="majorHAnsi" w:hint="eastAsia"/>
                    <w:sz w:val="18"/>
                    <w:szCs w:val="18"/>
                  </w:rPr>
                  <w:t>☐</w:t>
                </w:r>
              </w:sdtContent>
            </w:sdt>
            <w:r w:rsidR="00E15341" w:rsidRPr="00082FB5">
              <w:rPr>
                <w:rFonts w:cstheme="majorHAnsi"/>
                <w:sz w:val="18"/>
                <w:szCs w:val="18"/>
              </w:rPr>
              <w:t xml:space="preserve"> </w:t>
            </w:r>
            <w:r w:rsidRPr="00082FB5">
              <w:rPr>
                <w:rFonts w:cstheme="majorHAnsi"/>
                <w:sz w:val="18"/>
                <w:szCs w:val="18"/>
              </w:rPr>
              <w:t xml:space="preserve">Serviços </w:t>
            </w:r>
            <w:sdt>
              <w:sdtPr>
                <w:rPr>
                  <w:rFonts w:cstheme="majorHAnsi"/>
                  <w:sz w:val="18"/>
                  <w:szCs w:val="18"/>
                </w:rPr>
                <w:id w:val="1324854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82FB5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082FB5">
              <w:rPr>
                <w:rFonts w:cstheme="majorHAnsi"/>
                <w:sz w:val="18"/>
                <w:szCs w:val="18"/>
              </w:rPr>
              <w:t xml:space="preserve"> Uso Misto</w:t>
            </w:r>
          </w:p>
          <w:p w:rsidR="008A24D7" w:rsidRPr="00082FB5" w:rsidRDefault="008A24D7" w:rsidP="00E15341">
            <w:pPr>
              <w:rPr>
                <w:rFonts w:cstheme="majorHAnsi"/>
                <w:sz w:val="18"/>
                <w:szCs w:val="18"/>
              </w:rPr>
            </w:pPr>
          </w:p>
        </w:tc>
      </w:tr>
    </w:tbl>
    <w:p w:rsidR="00F94854" w:rsidRDefault="00F94854" w:rsidP="00067F09">
      <w:pPr>
        <w:spacing w:line="240" w:lineRule="auto"/>
        <w:rPr>
          <w:sz w:val="20"/>
          <w:szCs w:val="20"/>
        </w:rPr>
        <w:sectPr w:rsidR="00F94854" w:rsidSect="00C82946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751F60" w:rsidRPr="00F04F41" w:rsidRDefault="009C30AC" w:rsidP="00067F09">
      <w:pPr>
        <w:spacing w:line="240" w:lineRule="auto"/>
        <w:rPr>
          <w:color w:val="336600"/>
          <w:sz w:val="20"/>
          <w:szCs w:val="20"/>
        </w:rPr>
      </w:pPr>
      <w:r w:rsidRPr="00F04F41">
        <w:rPr>
          <w:b/>
          <w:color w:val="336600"/>
          <w:sz w:val="20"/>
          <w:szCs w:val="20"/>
        </w:rPr>
        <w:t>5. DOCUMENTAÇÃO ANEXA</w:t>
      </w:r>
    </w:p>
    <w:tbl>
      <w:tblPr>
        <w:tblStyle w:val="Tabelacomgrade"/>
        <w:tblpPr w:leftFromText="141" w:rightFromText="141" w:vertAnchor="text" w:horzAnchor="margin" w:tblpY="139"/>
        <w:tblW w:w="99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5455"/>
      </w:tblGrid>
      <w:tr w:rsidR="005F6D61" w:rsidTr="00BF7A7F">
        <w:trPr>
          <w:trHeight w:val="312"/>
        </w:trPr>
        <w:tc>
          <w:tcPr>
            <w:tcW w:w="4536" w:type="dxa"/>
          </w:tcPr>
          <w:p w:rsidR="005F6D61" w:rsidRDefault="00F04F41" w:rsidP="005F6D61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88566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6D6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5F6D61" w:rsidRPr="00C82946">
              <w:rPr>
                <w:sz w:val="20"/>
                <w:szCs w:val="20"/>
              </w:rPr>
              <w:t xml:space="preserve"> Projeto arquitetônico</w:t>
            </w:r>
          </w:p>
        </w:tc>
        <w:tc>
          <w:tcPr>
            <w:tcW w:w="5455" w:type="dxa"/>
          </w:tcPr>
          <w:p w:rsidR="005F6D61" w:rsidRDefault="00F04F41" w:rsidP="005F6D61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051916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6D6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5F6D61" w:rsidRPr="00C82946">
              <w:rPr>
                <w:sz w:val="20"/>
                <w:szCs w:val="20"/>
              </w:rPr>
              <w:t xml:space="preserve"> Documento pessoal do requerente</w:t>
            </w:r>
          </w:p>
        </w:tc>
      </w:tr>
      <w:tr w:rsidR="005F6D61" w:rsidTr="00BF7A7F">
        <w:trPr>
          <w:trHeight w:val="333"/>
        </w:trPr>
        <w:tc>
          <w:tcPr>
            <w:tcW w:w="4536" w:type="dxa"/>
          </w:tcPr>
          <w:p w:rsidR="005F6D61" w:rsidRPr="002624E1" w:rsidRDefault="00F04F41" w:rsidP="005F6D61">
            <w:pPr>
              <w:rPr>
                <w:sz w:val="18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0007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6D6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5F6D61" w:rsidRPr="00C82946">
              <w:rPr>
                <w:sz w:val="20"/>
                <w:szCs w:val="20"/>
              </w:rPr>
              <w:t xml:space="preserve"> </w:t>
            </w:r>
            <w:r w:rsidR="005F6D61">
              <w:rPr>
                <w:sz w:val="20"/>
                <w:szCs w:val="20"/>
              </w:rPr>
              <w:t>Projeto Hidrossanitário</w:t>
            </w:r>
          </w:p>
        </w:tc>
        <w:tc>
          <w:tcPr>
            <w:tcW w:w="5455" w:type="dxa"/>
          </w:tcPr>
          <w:p w:rsidR="005F6D61" w:rsidRDefault="00F04F41" w:rsidP="005F6D61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65285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6D6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5F6D61" w:rsidRPr="00C82946">
              <w:rPr>
                <w:sz w:val="20"/>
                <w:szCs w:val="20"/>
              </w:rPr>
              <w:t xml:space="preserve"> Matrícula atualizada do imóvel</w:t>
            </w:r>
          </w:p>
        </w:tc>
      </w:tr>
      <w:tr w:rsidR="005F6D61" w:rsidTr="00BF7A7F">
        <w:trPr>
          <w:trHeight w:val="312"/>
        </w:trPr>
        <w:tc>
          <w:tcPr>
            <w:tcW w:w="4536" w:type="dxa"/>
          </w:tcPr>
          <w:p w:rsidR="005F6D61" w:rsidRDefault="00F04F41" w:rsidP="005F6D61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7623002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6D6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5F6D61" w:rsidRPr="00C82946">
              <w:rPr>
                <w:sz w:val="20"/>
                <w:szCs w:val="20"/>
              </w:rPr>
              <w:t xml:space="preserve"> ART/RRT do responsável técnico</w:t>
            </w:r>
          </w:p>
        </w:tc>
        <w:tc>
          <w:tcPr>
            <w:tcW w:w="5455" w:type="dxa"/>
          </w:tcPr>
          <w:p w:rsidR="005F6D61" w:rsidRDefault="00F04F41" w:rsidP="005F6D61">
            <w:pPr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2983435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6D6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5F6D61" w:rsidRPr="00C82946">
              <w:rPr>
                <w:sz w:val="20"/>
                <w:szCs w:val="20"/>
              </w:rPr>
              <w:t xml:space="preserve"> </w:t>
            </w:r>
            <w:r w:rsidR="005F6D61">
              <w:rPr>
                <w:sz w:val="20"/>
                <w:szCs w:val="20"/>
              </w:rPr>
              <w:t xml:space="preserve">Outros: </w:t>
            </w:r>
            <w:sdt>
              <w:sdtPr>
                <w:rPr>
                  <w:sz w:val="20"/>
                  <w:szCs w:val="20"/>
                </w:rPr>
                <w:id w:val="-2057849339"/>
                <w:placeholder>
                  <w:docPart w:val="0CA8AF60B6ED4C3DA83349B715E8F714"/>
                </w:placeholder>
                <w:showingPlcHdr/>
                <w:text/>
              </w:sdtPr>
              <w:sdtEndPr/>
              <w:sdtContent>
                <w:r w:rsidR="005F6D61" w:rsidRPr="00E91124">
                  <w:rPr>
                    <w:rStyle w:val="TextodoEspaoReservado"/>
                  </w:rPr>
                  <w:t>Clique aqui para digitar texto.</w:t>
                </w:r>
              </w:sdtContent>
            </w:sdt>
            <w:r w:rsidR="00BF7A7F">
              <w:rPr>
                <w:sz w:val="20"/>
                <w:szCs w:val="20"/>
              </w:rPr>
              <w:br/>
            </w:r>
          </w:p>
        </w:tc>
      </w:tr>
    </w:tbl>
    <w:p w:rsidR="00C82946" w:rsidRPr="005F6D61" w:rsidRDefault="00C82946" w:rsidP="00067F09">
      <w:pPr>
        <w:spacing w:line="240" w:lineRule="auto"/>
        <w:rPr>
          <w:sz w:val="20"/>
          <w:szCs w:val="20"/>
          <w:lang w:val="pt-BR"/>
        </w:rPr>
        <w:sectPr w:rsidR="00C82946" w:rsidRPr="005F6D61" w:rsidSect="00C82946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751F60" w:rsidRPr="00F04F41" w:rsidRDefault="00F04F41" w:rsidP="00067F09">
      <w:pPr>
        <w:spacing w:line="240" w:lineRule="auto"/>
        <w:rPr>
          <w:color w:val="336600"/>
          <w:sz w:val="20"/>
          <w:szCs w:val="20"/>
        </w:rPr>
      </w:pPr>
      <w:r w:rsidRPr="00F04F41">
        <w:rPr>
          <w:b/>
          <w:color w:val="336600"/>
          <w:sz w:val="20"/>
          <w:szCs w:val="20"/>
        </w:rPr>
        <w:t>6</w:t>
      </w:r>
      <w:r w:rsidR="009C30AC" w:rsidRPr="00F04F41">
        <w:rPr>
          <w:b/>
          <w:color w:val="336600"/>
          <w:sz w:val="20"/>
          <w:szCs w:val="20"/>
        </w:rPr>
        <w:t>. SOLICITAÇÃO</w:t>
      </w:r>
    </w:p>
    <w:p w:rsidR="00322C27" w:rsidRPr="00C82946" w:rsidRDefault="009C30AC" w:rsidP="00067F09">
      <w:pPr>
        <w:spacing w:line="240" w:lineRule="auto"/>
        <w:rPr>
          <w:sz w:val="20"/>
          <w:szCs w:val="20"/>
        </w:rPr>
      </w:pPr>
      <w:r w:rsidRPr="00C82946">
        <w:rPr>
          <w:sz w:val="20"/>
          <w:szCs w:val="20"/>
        </w:rPr>
        <w:t xml:space="preserve">Venho por meio deste requerer </w:t>
      </w:r>
      <w:proofErr w:type="gramStart"/>
      <w:r w:rsidRPr="00C82946">
        <w:rPr>
          <w:sz w:val="20"/>
          <w:szCs w:val="20"/>
        </w:rPr>
        <w:t>a</w:t>
      </w:r>
      <w:proofErr w:type="gramEnd"/>
      <w:r w:rsidRPr="00C82946">
        <w:rPr>
          <w:sz w:val="20"/>
          <w:szCs w:val="20"/>
        </w:rPr>
        <w:t xml:space="preserve"> emissão do </w:t>
      </w:r>
      <w:r w:rsidRPr="00082FB5">
        <w:rPr>
          <w:b/>
          <w:sz w:val="20"/>
          <w:szCs w:val="20"/>
        </w:rPr>
        <w:t>ALVARÁ DE CONSTRUÇÃO</w:t>
      </w:r>
      <w:r w:rsidRPr="00C82946">
        <w:rPr>
          <w:sz w:val="20"/>
          <w:szCs w:val="20"/>
        </w:rPr>
        <w:t>, conforme dados e documentos apresentados.</w:t>
      </w:r>
      <w:r w:rsidR="00067F09">
        <w:rPr>
          <w:sz w:val="20"/>
          <w:szCs w:val="20"/>
        </w:rPr>
        <w:t xml:space="preserve"> </w:t>
      </w:r>
      <w:r w:rsidRPr="00C82946">
        <w:rPr>
          <w:sz w:val="20"/>
          <w:szCs w:val="20"/>
        </w:rPr>
        <w:br/>
      </w:r>
      <w:r w:rsidR="00067F09">
        <w:rPr>
          <w:sz w:val="20"/>
          <w:szCs w:val="20"/>
        </w:rPr>
        <w:t xml:space="preserve">                                                                                                      </w:t>
      </w:r>
      <w:r w:rsidRPr="00C82946">
        <w:rPr>
          <w:sz w:val="20"/>
          <w:szCs w:val="20"/>
        </w:rPr>
        <w:t xml:space="preserve">Paulo Frontin – PR, </w:t>
      </w:r>
      <w:sdt>
        <w:sdtPr>
          <w:rPr>
            <w:sz w:val="20"/>
            <w:szCs w:val="20"/>
          </w:rPr>
          <w:id w:val="-232626061"/>
          <w:placeholder>
            <w:docPart w:val="DefaultPlaceholder_1081868576"/>
          </w:placeholder>
          <w:date w:fullDate="2026-03-27T00:00:00Z">
            <w:dateFormat w:val="d' de 'MMMM' de 'yyyy"/>
            <w:lid w:val="pt-BR"/>
            <w:storeMappedDataAs w:val="dateTime"/>
            <w:calendar w:val="gregorian"/>
          </w:date>
        </w:sdtPr>
        <w:sdtEndPr/>
        <w:sdtContent>
          <w:proofErr w:type="gramStart"/>
          <w:r w:rsidR="00BF7A7F">
            <w:rPr>
              <w:sz w:val="20"/>
              <w:szCs w:val="20"/>
              <w:lang w:val="pt-BR"/>
            </w:rPr>
            <w:t>27 de</w:t>
          </w:r>
          <w:proofErr w:type="gramEnd"/>
          <w:r w:rsidR="00BF7A7F">
            <w:rPr>
              <w:sz w:val="20"/>
              <w:szCs w:val="20"/>
              <w:lang w:val="pt-BR"/>
            </w:rPr>
            <w:t xml:space="preserve"> março de 2026</w:t>
          </w:r>
        </w:sdtContent>
      </w:sdt>
      <w:r w:rsidR="00BF7A7F">
        <w:rPr>
          <w:sz w:val="20"/>
          <w:szCs w:val="20"/>
        </w:rPr>
        <w:t>.</w:t>
      </w:r>
      <w:r w:rsidR="00BF7A7F">
        <w:rPr>
          <w:sz w:val="20"/>
          <w:szCs w:val="20"/>
        </w:rPr>
        <w:br/>
      </w:r>
      <w:r w:rsidR="00BF7A7F">
        <w:rPr>
          <w:sz w:val="20"/>
          <w:szCs w:val="20"/>
        </w:rPr>
        <w:br/>
      </w:r>
      <w:r w:rsidR="00BF7A7F">
        <w:rPr>
          <w:sz w:val="20"/>
          <w:szCs w:val="20"/>
        </w:rPr>
        <w:br/>
      </w:r>
      <w:r w:rsidR="00BF7A7F">
        <w:rPr>
          <w:sz w:val="20"/>
          <w:szCs w:val="20"/>
        </w:rPr>
        <w:br/>
      </w:r>
    </w:p>
    <w:p w:rsidR="00751F60" w:rsidRPr="00C82946" w:rsidRDefault="009C30AC" w:rsidP="00067F09">
      <w:pPr>
        <w:spacing w:line="240" w:lineRule="auto"/>
        <w:jc w:val="center"/>
        <w:rPr>
          <w:sz w:val="20"/>
          <w:szCs w:val="20"/>
        </w:rPr>
      </w:pPr>
      <w:r w:rsidRPr="00C82946">
        <w:rPr>
          <w:sz w:val="20"/>
          <w:szCs w:val="20"/>
        </w:rPr>
        <w:t>__________</w:t>
      </w:r>
      <w:r w:rsidR="00F04F41">
        <w:rPr>
          <w:sz w:val="20"/>
          <w:szCs w:val="20"/>
        </w:rPr>
        <w:t>_______________________________</w:t>
      </w:r>
      <w:r w:rsidR="00F04F41">
        <w:rPr>
          <w:sz w:val="20"/>
          <w:szCs w:val="20"/>
        </w:rPr>
        <w:br/>
      </w:r>
      <w:proofErr w:type="spellStart"/>
      <w:r w:rsidRPr="00C82946">
        <w:rPr>
          <w:sz w:val="20"/>
          <w:szCs w:val="20"/>
        </w:rPr>
        <w:t>Assinatura</w:t>
      </w:r>
      <w:proofErr w:type="spellEnd"/>
      <w:r w:rsidRPr="00C82946">
        <w:rPr>
          <w:sz w:val="20"/>
          <w:szCs w:val="20"/>
        </w:rPr>
        <w:t xml:space="preserve"> do </w:t>
      </w:r>
      <w:proofErr w:type="spellStart"/>
      <w:r w:rsidRPr="00C82946">
        <w:rPr>
          <w:sz w:val="20"/>
          <w:szCs w:val="20"/>
        </w:rPr>
        <w:t>Requerente</w:t>
      </w:r>
      <w:proofErr w:type="spellEnd"/>
    </w:p>
    <w:sectPr w:rsidR="00751F60" w:rsidRPr="00C82946" w:rsidSect="005F6D61">
      <w:type w:val="continuous"/>
      <w:pgSz w:w="12240" w:h="15840"/>
      <w:pgMar w:top="1440" w:right="333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7F09" w:rsidRDefault="00067F09" w:rsidP="00067F09">
      <w:pPr>
        <w:spacing w:after="0" w:line="240" w:lineRule="auto"/>
      </w:pPr>
      <w:r>
        <w:separator/>
      </w:r>
    </w:p>
  </w:endnote>
  <w:endnote w:type="continuationSeparator" w:id="0">
    <w:p w:rsidR="00067F09" w:rsidRDefault="00067F09" w:rsidP="00067F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A7F" w:rsidRPr="00BF7A7F" w:rsidRDefault="00BF7A7F" w:rsidP="00BF7A7F">
    <w:pPr>
      <w:pStyle w:val="Rodap"/>
      <w:jc w:val="center"/>
    </w:pPr>
    <w:r>
      <w:t>ATENÇÃO! Esse requerimento deve ser assinado obrigatoriamente pelo proprietário (ou representante legal) da edificação a construir, reformar, ampliar ou demolir.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7F09" w:rsidRDefault="00067F09" w:rsidP="00067F09">
      <w:pPr>
        <w:spacing w:after="0" w:line="240" w:lineRule="auto"/>
      </w:pPr>
      <w:r>
        <w:separator/>
      </w:r>
    </w:p>
  </w:footnote>
  <w:footnote w:type="continuationSeparator" w:id="0">
    <w:p w:rsidR="00067F09" w:rsidRDefault="00067F09" w:rsidP="00067F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J+vk/ZRv66OWgvCfStJDb2jgUgxOZ2NNbcNjVh5Qe3EK2ZKBIhsFWI1tI3xUnDsDZQBKfJ5u4mqLt/Hiw+x6bg==" w:salt="E0+q+kjvrtyoz4B3/c6ewg==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67F09"/>
    <w:rsid w:val="00082FB5"/>
    <w:rsid w:val="0015074B"/>
    <w:rsid w:val="00177433"/>
    <w:rsid w:val="00203ADE"/>
    <w:rsid w:val="00250011"/>
    <w:rsid w:val="002624E1"/>
    <w:rsid w:val="0029639D"/>
    <w:rsid w:val="002B6A29"/>
    <w:rsid w:val="00322C27"/>
    <w:rsid w:val="00326F90"/>
    <w:rsid w:val="003E137B"/>
    <w:rsid w:val="005F6D61"/>
    <w:rsid w:val="0060050D"/>
    <w:rsid w:val="00735544"/>
    <w:rsid w:val="00751F60"/>
    <w:rsid w:val="007D1171"/>
    <w:rsid w:val="008A24D7"/>
    <w:rsid w:val="009C30AC"/>
    <w:rsid w:val="00AA1D8D"/>
    <w:rsid w:val="00B47730"/>
    <w:rsid w:val="00BF7A7F"/>
    <w:rsid w:val="00C82946"/>
    <w:rsid w:val="00CB0664"/>
    <w:rsid w:val="00E11177"/>
    <w:rsid w:val="00E15341"/>
    <w:rsid w:val="00F04F41"/>
    <w:rsid w:val="00F9485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658B916A-0CFF-412E-A537-37292E74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D61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067F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7F09"/>
    <w:rPr>
      <w:rFonts w:ascii="Segoe UI" w:hAnsi="Segoe UI" w:cs="Segoe UI"/>
      <w:sz w:val="18"/>
      <w:szCs w:val="18"/>
    </w:rPr>
  </w:style>
  <w:style w:type="character" w:styleId="TextodoEspaoReservado">
    <w:name w:val="Placeholder Text"/>
    <w:basedOn w:val="Fontepargpadro"/>
    <w:uiPriority w:val="99"/>
    <w:semiHidden/>
    <w:rsid w:val="009C30A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36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9A501FA-89EC-479F-8908-278D1FFB9BA5}"/>
      </w:docPartPr>
      <w:docPartBody>
        <w:p w:rsidR="0029274A" w:rsidRDefault="00AF21DC">
          <w:r w:rsidRPr="00E47E6E">
            <w:rPr>
              <w:rStyle w:val="TextodoEspaoReservado"/>
            </w:rPr>
            <w:t>Escolher um item.</w:t>
          </w:r>
        </w:p>
      </w:docPartBody>
    </w:docPart>
    <w:docPart>
      <w:docPartPr>
        <w:name w:val="DC302084459E4FEDBDF87551EE35A5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4564D38-FF68-49C4-B682-BF371811BFBE}"/>
      </w:docPartPr>
      <w:docPartBody>
        <w:p w:rsidR="007A2AE7" w:rsidRDefault="0029274A" w:rsidP="0029274A">
          <w:pPr>
            <w:pStyle w:val="DC302084459E4FEDBDF87551EE35A5EB1"/>
          </w:pPr>
          <w:r w:rsidRPr="00E9112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8894EBB91FD4FD783AA4112AA963EC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8D4B34B-B841-4D2A-834C-C7B4DA0CE32D}"/>
      </w:docPartPr>
      <w:docPartBody>
        <w:p w:rsidR="007A2AE7" w:rsidRDefault="0029274A" w:rsidP="0029274A">
          <w:pPr>
            <w:pStyle w:val="D8894EBB91FD4FD783AA4112AA963EC21"/>
          </w:pPr>
          <w:r w:rsidRPr="002624E1">
            <w:rPr>
              <w:rStyle w:val="TextodoEspaoReservado"/>
              <w:sz w:val="20"/>
            </w:rPr>
            <w:t>Clique aqui para digitar texto.</w:t>
          </w:r>
        </w:p>
      </w:docPartBody>
    </w:docPart>
    <w:docPart>
      <w:docPartPr>
        <w:name w:val="8CCBF62B1A824EE1B7C8DEEC6655CEB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4C64CAA-3BBA-4DF0-BD93-E4037F826B47}"/>
      </w:docPartPr>
      <w:docPartBody>
        <w:p w:rsidR="007A2AE7" w:rsidRDefault="0029274A" w:rsidP="0029274A">
          <w:pPr>
            <w:pStyle w:val="8CCBF62B1A824EE1B7C8DEEC6655CEB11"/>
          </w:pPr>
          <w:r w:rsidRPr="002624E1">
            <w:rPr>
              <w:rStyle w:val="TextodoEspaoReservado"/>
              <w:sz w:val="20"/>
            </w:rPr>
            <w:t>Clique aqui para digitar texto.</w:t>
          </w:r>
        </w:p>
      </w:docPartBody>
    </w:docPart>
    <w:docPart>
      <w:docPartPr>
        <w:name w:val="ECF41AFEB50A4C93B1B47786E17CFFB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03CDC85-E6E3-48EF-966A-BA52562F54ED}"/>
      </w:docPartPr>
      <w:docPartBody>
        <w:p w:rsidR="007A2AE7" w:rsidRDefault="0029274A" w:rsidP="0029274A">
          <w:pPr>
            <w:pStyle w:val="ECF41AFEB50A4C93B1B47786E17CFFBA1"/>
          </w:pPr>
          <w:r w:rsidRPr="002624E1">
            <w:rPr>
              <w:rStyle w:val="TextodoEspaoReservado"/>
              <w:sz w:val="20"/>
            </w:rPr>
            <w:t>Clique aqui para digitar texto.</w:t>
          </w:r>
        </w:p>
      </w:docPartBody>
    </w:docPart>
    <w:docPart>
      <w:docPartPr>
        <w:name w:val="6A03221DCED24BD8BA3E336E2CCC53D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1158A86-500A-48A1-8C3E-130ABFDBA503}"/>
      </w:docPartPr>
      <w:docPartBody>
        <w:p w:rsidR="007A2AE7" w:rsidRDefault="0029274A" w:rsidP="0029274A">
          <w:pPr>
            <w:pStyle w:val="6A03221DCED24BD8BA3E336E2CCC53DB1"/>
          </w:pPr>
          <w:r w:rsidRPr="002624E1">
            <w:rPr>
              <w:rStyle w:val="TextodoEspaoReservado"/>
              <w:sz w:val="20"/>
            </w:rPr>
            <w:t>Clique aqui para digitar texto.</w:t>
          </w:r>
        </w:p>
      </w:docPartBody>
    </w:docPart>
    <w:docPart>
      <w:docPartPr>
        <w:name w:val="F7528320C0F14718BF28AC181342D21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FDDF917-BA8A-4AB9-AD4D-CB5A02289514}"/>
      </w:docPartPr>
      <w:docPartBody>
        <w:p w:rsidR="007A2AE7" w:rsidRDefault="0029274A" w:rsidP="0029274A">
          <w:pPr>
            <w:pStyle w:val="F7528320C0F14718BF28AC181342D2131"/>
          </w:pPr>
          <w:r w:rsidRPr="002624E1">
            <w:rPr>
              <w:rStyle w:val="TextodoEspaoReservado"/>
              <w:sz w:val="20"/>
            </w:rPr>
            <w:t>Clique aqui para digitar texto.</w:t>
          </w:r>
        </w:p>
      </w:docPartBody>
    </w:docPart>
    <w:docPart>
      <w:docPartPr>
        <w:name w:val="FB6818D21BB741E589914092C876BA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AA2CD0C-7406-4DE7-BB9A-1DB8B702F722}"/>
      </w:docPartPr>
      <w:docPartBody>
        <w:p w:rsidR="007A2AE7" w:rsidRDefault="0029274A" w:rsidP="0029274A">
          <w:pPr>
            <w:pStyle w:val="FB6818D21BB741E589914092C876BA381"/>
          </w:pPr>
          <w:r w:rsidRPr="00E9112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6438C02DCBEE497498763C677E080EC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B3D0A4A-5D14-48C0-8E6B-CBDDB0DAB8FB}"/>
      </w:docPartPr>
      <w:docPartBody>
        <w:p w:rsidR="007A2AE7" w:rsidRDefault="0029274A" w:rsidP="0029274A">
          <w:pPr>
            <w:pStyle w:val="6438C02DCBEE497498763C677E080EC91"/>
          </w:pPr>
          <w:r w:rsidRPr="002624E1">
            <w:rPr>
              <w:rStyle w:val="TextodoEspaoReservado"/>
              <w:sz w:val="20"/>
            </w:rPr>
            <w:t>Clique aqui para digitar texto.</w:t>
          </w:r>
        </w:p>
      </w:docPartBody>
    </w:docPart>
    <w:docPart>
      <w:docPartPr>
        <w:name w:val="EA969B3931D843F29254C19601A440C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F644F5F-F917-435F-99F5-7B2BA4248CC1}"/>
      </w:docPartPr>
      <w:docPartBody>
        <w:p w:rsidR="007A2AE7" w:rsidRDefault="0029274A" w:rsidP="0029274A">
          <w:pPr>
            <w:pStyle w:val="EA969B3931D843F29254C19601A440CD1"/>
          </w:pPr>
          <w:r w:rsidRPr="002624E1">
            <w:rPr>
              <w:rStyle w:val="TextodoEspaoReservado"/>
              <w:sz w:val="20"/>
            </w:rPr>
            <w:t>Clique aqui para digitar texto.</w:t>
          </w:r>
        </w:p>
      </w:docPartBody>
    </w:docPart>
    <w:docPart>
      <w:docPartPr>
        <w:name w:val="18F311D6F125482DBD56502D9DE899C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27E2341-627B-4C5F-98F0-A4F34E1526D5}"/>
      </w:docPartPr>
      <w:docPartBody>
        <w:p w:rsidR="007A2AE7" w:rsidRDefault="0029274A" w:rsidP="0029274A">
          <w:pPr>
            <w:pStyle w:val="18F311D6F125482DBD56502D9DE899C21"/>
          </w:pPr>
          <w:r w:rsidRPr="00E9112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2A9E5C74D42342FB9E0D36822B18E9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AE29A85-572C-45A8-B628-825B191C9DF4}"/>
      </w:docPartPr>
      <w:docPartBody>
        <w:p w:rsidR="007A2AE7" w:rsidRDefault="0029274A" w:rsidP="0029274A">
          <w:pPr>
            <w:pStyle w:val="2A9E5C74D42342FB9E0D36822B18E9EB1"/>
          </w:pPr>
          <w:r w:rsidRPr="00082FB5">
            <w:rPr>
              <w:rStyle w:val="TextodoEspaoReservado"/>
              <w:rFonts w:cstheme="majorHAnsi"/>
              <w:sz w:val="18"/>
              <w:szCs w:val="18"/>
            </w:rPr>
            <w:t>Clique aqui para digitar texto.</w:t>
          </w:r>
        </w:p>
      </w:docPartBody>
    </w:docPart>
    <w:docPart>
      <w:docPartPr>
        <w:name w:val="00D1D5B8DD9C4836A30EB0C5DE2CDA9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57EEC26-1A22-4363-92CF-2A8784E09AAB}"/>
      </w:docPartPr>
      <w:docPartBody>
        <w:p w:rsidR="007A2AE7" w:rsidRDefault="0029274A" w:rsidP="0029274A">
          <w:pPr>
            <w:pStyle w:val="00D1D5B8DD9C4836A30EB0C5DE2CDA9B1"/>
          </w:pPr>
          <w:r w:rsidRPr="00082FB5">
            <w:rPr>
              <w:rStyle w:val="TextodoEspaoReservado"/>
              <w:rFonts w:cstheme="majorHAnsi"/>
              <w:sz w:val="18"/>
              <w:szCs w:val="18"/>
            </w:rPr>
            <w:t>Clique aqui para digitar texto.</w:t>
          </w:r>
        </w:p>
      </w:docPartBody>
    </w:docPart>
    <w:docPart>
      <w:docPartPr>
        <w:name w:val="CF62AE1629A24B54BD92BB52601864B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A93E0B9-1EB0-4930-BA65-339A83B2BDBC}"/>
      </w:docPartPr>
      <w:docPartBody>
        <w:p w:rsidR="007A2AE7" w:rsidRDefault="0029274A" w:rsidP="0029274A">
          <w:pPr>
            <w:pStyle w:val="CF62AE1629A24B54BD92BB52601864BE1"/>
          </w:pPr>
          <w:r w:rsidRPr="002624E1">
            <w:rPr>
              <w:rStyle w:val="TextodoEspaoReservado"/>
              <w:sz w:val="20"/>
            </w:rPr>
            <w:t>Clique aqui para digitar texto.</w:t>
          </w:r>
        </w:p>
      </w:docPartBody>
    </w:docPart>
    <w:docPart>
      <w:docPartPr>
        <w:name w:val="F34C9DBD8615488DB137B8DB8E803F4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01A76DA-4476-4034-BA1D-BB2D4D4F3986}"/>
      </w:docPartPr>
      <w:docPartBody>
        <w:p w:rsidR="007A2AE7" w:rsidRDefault="0029274A" w:rsidP="0029274A">
          <w:pPr>
            <w:pStyle w:val="F34C9DBD8615488DB137B8DB8E803F4A1"/>
          </w:pPr>
          <w:r w:rsidRPr="00E9112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efaultPlaceholder_10818685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8CA4007-8D75-4AC8-AB82-72E9B251AE9F}"/>
      </w:docPartPr>
      <w:docPartBody>
        <w:p w:rsidR="007A2AE7" w:rsidRDefault="0029274A">
          <w:r w:rsidRPr="00E91124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89A8010318214397BB0CA184739326A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50166D5-9985-42A9-98A1-41737A1B666B}"/>
      </w:docPartPr>
      <w:docPartBody>
        <w:p w:rsidR="007A2AE7" w:rsidRDefault="0029274A" w:rsidP="0029274A">
          <w:pPr>
            <w:pStyle w:val="89A8010318214397BB0CA184739326A8"/>
          </w:pPr>
          <w:r w:rsidRPr="002624E1">
            <w:rPr>
              <w:rStyle w:val="TextodoEspaoReservado"/>
              <w:sz w:val="20"/>
            </w:rPr>
            <w:t>Clique aqui para digitar texto.</w:t>
          </w:r>
        </w:p>
      </w:docPartBody>
    </w:docPart>
    <w:docPart>
      <w:docPartPr>
        <w:name w:val="8E93AB107B4E432A9C8C0A32874B72B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08428BC-C09B-4F23-8CEB-E6C53BBE2A30}"/>
      </w:docPartPr>
      <w:docPartBody>
        <w:p w:rsidR="007A2AE7" w:rsidRDefault="0029274A" w:rsidP="0029274A">
          <w:pPr>
            <w:pStyle w:val="8E93AB107B4E432A9C8C0A32874B72B5"/>
          </w:pPr>
          <w:r w:rsidRPr="00E9112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7AC4FB1D7C9A4EF799CC28EB2D147DD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1B8716A-916E-46D0-8AEE-1A0FEF409196}"/>
      </w:docPartPr>
      <w:docPartBody>
        <w:p w:rsidR="007A2AE7" w:rsidRDefault="0029274A" w:rsidP="0029274A">
          <w:pPr>
            <w:pStyle w:val="7AC4FB1D7C9A4EF799CC28EB2D147DD9"/>
          </w:pPr>
          <w:r w:rsidRPr="00E9112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0CA8AF60B6ED4C3DA83349B715E8F71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CE9A9CF-FCDE-4AC3-BE5D-8A82F22E7ACD}"/>
      </w:docPartPr>
      <w:docPartBody>
        <w:p w:rsidR="007A2AE7" w:rsidRDefault="0029274A" w:rsidP="0029274A">
          <w:pPr>
            <w:pStyle w:val="0CA8AF60B6ED4C3DA83349B715E8F714"/>
          </w:pPr>
          <w:r w:rsidRPr="00E91124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1DC"/>
    <w:rsid w:val="0029274A"/>
    <w:rsid w:val="007A2AE7"/>
    <w:rsid w:val="00AF2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29274A"/>
    <w:rPr>
      <w:color w:val="808080"/>
    </w:rPr>
  </w:style>
  <w:style w:type="paragraph" w:customStyle="1" w:styleId="AFF555859164426B8498ADA6B692730D">
    <w:name w:val="AFF555859164426B8498ADA6B692730D"/>
    <w:rsid w:val="00AF21DC"/>
  </w:style>
  <w:style w:type="paragraph" w:customStyle="1" w:styleId="DC302084459E4FEDBDF87551EE35A5EB">
    <w:name w:val="DC302084459E4FEDBDF87551EE35A5EB"/>
    <w:rsid w:val="0029274A"/>
  </w:style>
  <w:style w:type="paragraph" w:customStyle="1" w:styleId="D8894EBB91FD4FD783AA4112AA963EC2">
    <w:name w:val="D8894EBB91FD4FD783AA4112AA963EC2"/>
    <w:rsid w:val="0029274A"/>
  </w:style>
  <w:style w:type="paragraph" w:customStyle="1" w:styleId="8CCBF62B1A824EE1B7C8DEEC6655CEB1">
    <w:name w:val="8CCBF62B1A824EE1B7C8DEEC6655CEB1"/>
    <w:rsid w:val="0029274A"/>
  </w:style>
  <w:style w:type="paragraph" w:customStyle="1" w:styleId="ECF41AFEB50A4C93B1B47786E17CFFBA">
    <w:name w:val="ECF41AFEB50A4C93B1B47786E17CFFBA"/>
    <w:rsid w:val="0029274A"/>
  </w:style>
  <w:style w:type="paragraph" w:customStyle="1" w:styleId="6A03221DCED24BD8BA3E336E2CCC53DB">
    <w:name w:val="6A03221DCED24BD8BA3E336E2CCC53DB"/>
    <w:rsid w:val="0029274A"/>
  </w:style>
  <w:style w:type="paragraph" w:customStyle="1" w:styleId="F7528320C0F14718BF28AC181342D213">
    <w:name w:val="F7528320C0F14718BF28AC181342D213"/>
    <w:rsid w:val="0029274A"/>
  </w:style>
  <w:style w:type="paragraph" w:customStyle="1" w:styleId="FB6818D21BB741E589914092C876BA38">
    <w:name w:val="FB6818D21BB741E589914092C876BA38"/>
    <w:rsid w:val="0029274A"/>
  </w:style>
  <w:style w:type="paragraph" w:customStyle="1" w:styleId="6438C02DCBEE497498763C677E080EC9">
    <w:name w:val="6438C02DCBEE497498763C677E080EC9"/>
    <w:rsid w:val="0029274A"/>
  </w:style>
  <w:style w:type="paragraph" w:customStyle="1" w:styleId="EA969B3931D843F29254C19601A440CD">
    <w:name w:val="EA969B3931D843F29254C19601A440CD"/>
    <w:rsid w:val="0029274A"/>
  </w:style>
  <w:style w:type="paragraph" w:customStyle="1" w:styleId="25190A5C96C348C19EE72B8EEFA1FF84">
    <w:name w:val="25190A5C96C348C19EE72B8EEFA1FF84"/>
    <w:rsid w:val="0029274A"/>
  </w:style>
  <w:style w:type="paragraph" w:customStyle="1" w:styleId="76361D6A0B4E4718A3FBE2E0AFFE7FAB">
    <w:name w:val="76361D6A0B4E4718A3FBE2E0AFFE7FAB"/>
    <w:rsid w:val="0029274A"/>
  </w:style>
  <w:style w:type="paragraph" w:customStyle="1" w:styleId="1CD2DF10ACC94AE593527245B9B1E34C">
    <w:name w:val="1CD2DF10ACC94AE593527245B9B1E34C"/>
    <w:rsid w:val="0029274A"/>
  </w:style>
  <w:style w:type="paragraph" w:customStyle="1" w:styleId="F0C82A3DAC25416CAD1683FC2E8842D2">
    <w:name w:val="F0C82A3DAC25416CAD1683FC2E8842D2"/>
    <w:rsid w:val="0029274A"/>
  </w:style>
  <w:style w:type="paragraph" w:customStyle="1" w:styleId="63278F1C3209426ABAFFFEF55263E84F">
    <w:name w:val="63278F1C3209426ABAFFFEF55263E84F"/>
    <w:rsid w:val="0029274A"/>
  </w:style>
  <w:style w:type="paragraph" w:customStyle="1" w:styleId="0984586F23EC43C49B5F611945939EF2">
    <w:name w:val="0984586F23EC43C49B5F611945939EF2"/>
    <w:rsid w:val="0029274A"/>
  </w:style>
  <w:style w:type="paragraph" w:customStyle="1" w:styleId="3804E7A278DC40BA970358B0E7789B6C">
    <w:name w:val="3804E7A278DC40BA970358B0E7789B6C"/>
    <w:rsid w:val="0029274A"/>
  </w:style>
  <w:style w:type="paragraph" w:customStyle="1" w:styleId="F3DDBFAC5E50431CBB9E2266562C627E">
    <w:name w:val="F3DDBFAC5E50431CBB9E2266562C627E"/>
    <w:rsid w:val="0029274A"/>
  </w:style>
  <w:style w:type="paragraph" w:customStyle="1" w:styleId="CFCDC627CE414BFBA91889C3747AA966">
    <w:name w:val="CFCDC627CE414BFBA91889C3747AA966"/>
    <w:rsid w:val="0029274A"/>
  </w:style>
  <w:style w:type="paragraph" w:customStyle="1" w:styleId="6A0007F4290C47BB93F3E9EDCD211265">
    <w:name w:val="6A0007F4290C47BB93F3E9EDCD211265"/>
    <w:rsid w:val="0029274A"/>
  </w:style>
  <w:style w:type="paragraph" w:customStyle="1" w:styleId="9FDDF64E8388436EACFCBDFA2AE5D215">
    <w:name w:val="9FDDF64E8388436EACFCBDFA2AE5D215"/>
    <w:rsid w:val="0029274A"/>
  </w:style>
  <w:style w:type="paragraph" w:customStyle="1" w:styleId="19D433E2E0D34AF4979A9F8A8335BF33">
    <w:name w:val="19D433E2E0D34AF4979A9F8A8335BF33"/>
    <w:rsid w:val="0029274A"/>
  </w:style>
  <w:style w:type="paragraph" w:customStyle="1" w:styleId="DD55685636F74C7F9FAE1024549031B0">
    <w:name w:val="DD55685636F74C7F9FAE1024549031B0"/>
    <w:rsid w:val="0029274A"/>
  </w:style>
  <w:style w:type="paragraph" w:customStyle="1" w:styleId="7DD1F3651F7A43DEA6CC641851C10454">
    <w:name w:val="7DD1F3651F7A43DEA6CC641851C10454"/>
    <w:rsid w:val="0029274A"/>
  </w:style>
  <w:style w:type="paragraph" w:customStyle="1" w:styleId="13D56B889FE14FC0B49B2FF4FC52DC98">
    <w:name w:val="13D56B889FE14FC0B49B2FF4FC52DC98"/>
    <w:rsid w:val="0029274A"/>
  </w:style>
  <w:style w:type="paragraph" w:customStyle="1" w:styleId="0EC36021C12D4112A53E2CFE6CE6EA27">
    <w:name w:val="0EC36021C12D4112A53E2CFE6CE6EA27"/>
    <w:rsid w:val="0029274A"/>
  </w:style>
  <w:style w:type="paragraph" w:customStyle="1" w:styleId="063054A948A94803B1C82B137EB5F697">
    <w:name w:val="063054A948A94803B1C82B137EB5F697"/>
    <w:rsid w:val="0029274A"/>
  </w:style>
  <w:style w:type="paragraph" w:customStyle="1" w:styleId="316A8CBA100C4926936159E981CA4E6D">
    <w:name w:val="316A8CBA100C4926936159E981CA4E6D"/>
    <w:rsid w:val="0029274A"/>
  </w:style>
  <w:style w:type="paragraph" w:customStyle="1" w:styleId="36DF70C273CB4EECBB6FFEF4C07E3D34">
    <w:name w:val="36DF70C273CB4EECBB6FFEF4C07E3D34"/>
    <w:rsid w:val="0029274A"/>
  </w:style>
  <w:style w:type="paragraph" w:customStyle="1" w:styleId="11495A41D6B841A98F17A23A1538D7DD">
    <w:name w:val="11495A41D6B841A98F17A23A1538D7DD"/>
    <w:rsid w:val="0029274A"/>
  </w:style>
  <w:style w:type="paragraph" w:customStyle="1" w:styleId="6D385C4726A84493B09E361E9D0D9119">
    <w:name w:val="6D385C4726A84493B09E361E9D0D9119"/>
    <w:rsid w:val="0029274A"/>
  </w:style>
  <w:style w:type="paragraph" w:customStyle="1" w:styleId="3B31CC45C5C44F0290291F90DE0380B7">
    <w:name w:val="3B31CC45C5C44F0290291F90DE0380B7"/>
    <w:rsid w:val="0029274A"/>
  </w:style>
  <w:style w:type="paragraph" w:customStyle="1" w:styleId="385C71424FA842FBBA921170BB83818C">
    <w:name w:val="385C71424FA842FBBA921170BB83818C"/>
    <w:rsid w:val="0029274A"/>
  </w:style>
  <w:style w:type="paragraph" w:customStyle="1" w:styleId="CA6784174D41441095E6AE9C460A0DED">
    <w:name w:val="CA6784174D41441095E6AE9C460A0DED"/>
    <w:rsid w:val="0029274A"/>
  </w:style>
  <w:style w:type="paragraph" w:customStyle="1" w:styleId="185069B84DE44C1FBEAC8472F8B19B48">
    <w:name w:val="185069B84DE44C1FBEAC8472F8B19B48"/>
    <w:rsid w:val="0029274A"/>
  </w:style>
  <w:style w:type="paragraph" w:customStyle="1" w:styleId="020929BFEE9142649A07179BDC81D9D9">
    <w:name w:val="020929BFEE9142649A07179BDC81D9D9"/>
    <w:rsid w:val="0029274A"/>
  </w:style>
  <w:style w:type="paragraph" w:customStyle="1" w:styleId="1C59AC06D57943F59987BECE529D4065">
    <w:name w:val="1C59AC06D57943F59987BECE529D4065"/>
    <w:rsid w:val="0029274A"/>
  </w:style>
  <w:style w:type="paragraph" w:customStyle="1" w:styleId="18F311D6F125482DBD56502D9DE899C2">
    <w:name w:val="18F311D6F125482DBD56502D9DE899C2"/>
    <w:rsid w:val="0029274A"/>
  </w:style>
  <w:style w:type="paragraph" w:customStyle="1" w:styleId="2A9E5C74D42342FB9E0D36822B18E9EB">
    <w:name w:val="2A9E5C74D42342FB9E0D36822B18E9EB"/>
    <w:rsid w:val="0029274A"/>
  </w:style>
  <w:style w:type="paragraph" w:customStyle="1" w:styleId="00D1D5B8DD9C4836A30EB0C5DE2CDA9B">
    <w:name w:val="00D1D5B8DD9C4836A30EB0C5DE2CDA9B"/>
    <w:rsid w:val="0029274A"/>
  </w:style>
  <w:style w:type="paragraph" w:customStyle="1" w:styleId="7EEFF5EB26184FB69AB4E10CC39610A7">
    <w:name w:val="7EEFF5EB26184FB69AB4E10CC39610A7"/>
    <w:rsid w:val="0029274A"/>
  </w:style>
  <w:style w:type="paragraph" w:customStyle="1" w:styleId="2DE3E4DC75224C3CAEEFF3AC044C19C8">
    <w:name w:val="2DE3E4DC75224C3CAEEFF3AC044C19C8"/>
    <w:rsid w:val="0029274A"/>
  </w:style>
  <w:style w:type="paragraph" w:customStyle="1" w:styleId="460AEACB66D64CA7A40C1E34DAFADFA0">
    <w:name w:val="460AEACB66D64CA7A40C1E34DAFADFA0"/>
    <w:rsid w:val="0029274A"/>
  </w:style>
  <w:style w:type="paragraph" w:customStyle="1" w:styleId="893F203200E44DA1BED627A39307BB00">
    <w:name w:val="893F203200E44DA1BED627A39307BB00"/>
    <w:rsid w:val="0029274A"/>
  </w:style>
  <w:style w:type="paragraph" w:customStyle="1" w:styleId="E70014F06AAD4F1588ED39952938BA66">
    <w:name w:val="E70014F06AAD4F1588ED39952938BA66"/>
    <w:rsid w:val="0029274A"/>
  </w:style>
  <w:style w:type="paragraph" w:customStyle="1" w:styleId="DB2D43B30ABD477B8828B97458D0BF35">
    <w:name w:val="DB2D43B30ABD477B8828B97458D0BF35"/>
    <w:rsid w:val="0029274A"/>
  </w:style>
  <w:style w:type="paragraph" w:customStyle="1" w:styleId="59683D2108B34924888547FB8D7CE40B">
    <w:name w:val="59683D2108B34924888547FB8D7CE40B"/>
    <w:rsid w:val="0029274A"/>
  </w:style>
  <w:style w:type="paragraph" w:customStyle="1" w:styleId="D1D7F3EE76E34BCABB41BCCEA57002E4">
    <w:name w:val="D1D7F3EE76E34BCABB41BCCEA57002E4"/>
    <w:rsid w:val="0029274A"/>
  </w:style>
  <w:style w:type="paragraph" w:customStyle="1" w:styleId="45D72CE79CD5441A8B8EE60EB25BE741">
    <w:name w:val="45D72CE79CD5441A8B8EE60EB25BE741"/>
    <w:rsid w:val="0029274A"/>
  </w:style>
  <w:style w:type="paragraph" w:customStyle="1" w:styleId="A67D5D6C434B454BBF6D66C9F7639F0B">
    <w:name w:val="A67D5D6C434B454BBF6D66C9F7639F0B"/>
    <w:rsid w:val="0029274A"/>
  </w:style>
  <w:style w:type="paragraph" w:customStyle="1" w:styleId="0B7B0256C18F4CA1B5AAB7965A5B30E5">
    <w:name w:val="0B7B0256C18F4CA1B5AAB7965A5B30E5"/>
    <w:rsid w:val="0029274A"/>
  </w:style>
  <w:style w:type="paragraph" w:customStyle="1" w:styleId="3437ECCD72B646668E4A2DE84D6AB8B4">
    <w:name w:val="3437ECCD72B646668E4A2DE84D6AB8B4"/>
    <w:rsid w:val="0029274A"/>
  </w:style>
  <w:style w:type="paragraph" w:customStyle="1" w:styleId="5370FB08FF944A6F98BA5BD5C7A25CBA">
    <w:name w:val="5370FB08FF944A6F98BA5BD5C7A25CBA"/>
    <w:rsid w:val="0029274A"/>
  </w:style>
  <w:style w:type="paragraph" w:customStyle="1" w:styleId="209BF258A61F42B297E63D1D7F251C43">
    <w:name w:val="209BF258A61F42B297E63D1D7F251C43"/>
    <w:rsid w:val="0029274A"/>
  </w:style>
  <w:style w:type="paragraph" w:customStyle="1" w:styleId="75736D7BD26E43E39950248C22E27901">
    <w:name w:val="75736D7BD26E43E39950248C22E27901"/>
    <w:rsid w:val="0029274A"/>
  </w:style>
  <w:style w:type="paragraph" w:customStyle="1" w:styleId="254D966B966847028EE3557704411AA7">
    <w:name w:val="254D966B966847028EE3557704411AA7"/>
    <w:rsid w:val="0029274A"/>
  </w:style>
  <w:style w:type="paragraph" w:customStyle="1" w:styleId="8B9CE85EBB1E43A2846BC5D2FCEFA12D">
    <w:name w:val="8B9CE85EBB1E43A2846BC5D2FCEFA12D"/>
    <w:rsid w:val="0029274A"/>
  </w:style>
  <w:style w:type="paragraph" w:customStyle="1" w:styleId="2CD075C5F3924B489D6E50ED72BC0343">
    <w:name w:val="2CD075C5F3924B489D6E50ED72BC0343"/>
    <w:rsid w:val="0029274A"/>
  </w:style>
  <w:style w:type="paragraph" w:customStyle="1" w:styleId="2C28145A0C424AF4B5642492C6486936">
    <w:name w:val="2C28145A0C424AF4B5642492C6486936"/>
    <w:rsid w:val="0029274A"/>
  </w:style>
  <w:style w:type="paragraph" w:customStyle="1" w:styleId="CF62AE1629A24B54BD92BB52601864BE">
    <w:name w:val="CF62AE1629A24B54BD92BB52601864BE"/>
    <w:rsid w:val="0029274A"/>
  </w:style>
  <w:style w:type="paragraph" w:customStyle="1" w:styleId="F34C9DBD8615488DB137B8DB8E803F4A">
    <w:name w:val="F34C9DBD8615488DB137B8DB8E803F4A"/>
    <w:rsid w:val="0029274A"/>
  </w:style>
  <w:style w:type="paragraph" w:customStyle="1" w:styleId="89A8010318214397BB0CA184739326A8">
    <w:name w:val="89A8010318214397BB0CA184739326A8"/>
    <w:rsid w:val="0029274A"/>
    <w:pPr>
      <w:spacing w:after="200" w:line="276" w:lineRule="auto"/>
    </w:pPr>
    <w:rPr>
      <w:lang w:val="en-US" w:eastAsia="en-US"/>
    </w:rPr>
  </w:style>
  <w:style w:type="paragraph" w:customStyle="1" w:styleId="8CCBF62B1A824EE1B7C8DEEC6655CEB11">
    <w:name w:val="8CCBF62B1A824EE1B7C8DEEC6655CEB11"/>
    <w:rsid w:val="0029274A"/>
    <w:pPr>
      <w:spacing w:after="200" w:line="276" w:lineRule="auto"/>
    </w:pPr>
    <w:rPr>
      <w:lang w:val="en-US" w:eastAsia="en-US"/>
    </w:rPr>
  </w:style>
  <w:style w:type="paragraph" w:customStyle="1" w:styleId="8E93AB107B4E432A9C8C0A32874B72B5">
    <w:name w:val="8E93AB107B4E432A9C8C0A32874B72B5"/>
    <w:rsid w:val="0029274A"/>
    <w:pPr>
      <w:spacing w:after="200" w:line="276" w:lineRule="auto"/>
    </w:pPr>
    <w:rPr>
      <w:lang w:val="en-US" w:eastAsia="en-US"/>
    </w:rPr>
  </w:style>
  <w:style w:type="paragraph" w:customStyle="1" w:styleId="ECF41AFEB50A4C93B1B47786E17CFFBA1">
    <w:name w:val="ECF41AFEB50A4C93B1B47786E17CFFBA1"/>
    <w:rsid w:val="0029274A"/>
    <w:pPr>
      <w:spacing w:after="200" w:line="276" w:lineRule="auto"/>
    </w:pPr>
    <w:rPr>
      <w:lang w:val="en-US" w:eastAsia="en-US"/>
    </w:rPr>
  </w:style>
  <w:style w:type="paragraph" w:customStyle="1" w:styleId="DC302084459E4FEDBDF87551EE35A5EB1">
    <w:name w:val="DC302084459E4FEDBDF87551EE35A5EB1"/>
    <w:rsid w:val="0029274A"/>
    <w:pPr>
      <w:spacing w:after="200" w:line="276" w:lineRule="auto"/>
    </w:pPr>
    <w:rPr>
      <w:lang w:val="en-US" w:eastAsia="en-US"/>
    </w:rPr>
  </w:style>
  <w:style w:type="paragraph" w:customStyle="1" w:styleId="6A03221DCED24BD8BA3E336E2CCC53DB1">
    <w:name w:val="6A03221DCED24BD8BA3E336E2CCC53DB1"/>
    <w:rsid w:val="0029274A"/>
    <w:pPr>
      <w:spacing w:after="200" w:line="276" w:lineRule="auto"/>
    </w:pPr>
    <w:rPr>
      <w:lang w:val="en-US" w:eastAsia="en-US"/>
    </w:rPr>
  </w:style>
  <w:style w:type="paragraph" w:customStyle="1" w:styleId="D8894EBB91FD4FD783AA4112AA963EC21">
    <w:name w:val="D8894EBB91FD4FD783AA4112AA963EC21"/>
    <w:rsid w:val="0029274A"/>
    <w:pPr>
      <w:spacing w:after="200" w:line="276" w:lineRule="auto"/>
    </w:pPr>
    <w:rPr>
      <w:lang w:val="en-US" w:eastAsia="en-US"/>
    </w:rPr>
  </w:style>
  <w:style w:type="paragraph" w:customStyle="1" w:styleId="F7528320C0F14718BF28AC181342D2131">
    <w:name w:val="F7528320C0F14718BF28AC181342D2131"/>
    <w:rsid w:val="0029274A"/>
    <w:pPr>
      <w:spacing w:after="200" w:line="276" w:lineRule="auto"/>
    </w:pPr>
    <w:rPr>
      <w:lang w:val="en-US" w:eastAsia="en-US"/>
    </w:rPr>
  </w:style>
  <w:style w:type="paragraph" w:customStyle="1" w:styleId="FB6818D21BB741E589914092C876BA381">
    <w:name w:val="FB6818D21BB741E589914092C876BA381"/>
    <w:rsid w:val="0029274A"/>
    <w:pPr>
      <w:spacing w:after="200" w:line="276" w:lineRule="auto"/>
    </w:pPr>
    <w:rPr>
      <w:lang w:val="en-US" w:eastAsia="en-US"/>
    </w:rPr>
  </w:style>
  <w:style w:type="paragraph" w:customStyle="1" w:styleId="6438C02DCBEE497498763C677E080EC91">
    <w:name w:val="6438C02DCBEE497498763C677E080EC91"/>
    <w:rsid w:val="0029274A"/>
    <w:pPr>
      <w:spacing w:after="200" w:line="276" w:lineRule="auto"/>
    </w:pPr>
    <w:rPr>
      <w:lang w:val="en-US" w:eastAsia="en-US"/>
    </w:rPr>
  </w:style>
  <w:style w:type="paragraph" w:customStyle="1" w:styleId="EA969B3931D843F29254C19601A440CD1">
    <w:name w:val="EA969B3931D843F29254C19601A440CD1"/>
    <w:rsid w:val="0029274A"/>
    <w:pPr>
      <w:spacing w:after="200" w:line="276" w:lineRule="auto"/>
    </w:pPr>
    <w:rPr>
      <w:lang w:val="en-US" w:eastAsia="en-US"/>
    </w:rPr>
  </w:style>
  <w:style w:type="paragraph" w:customStyle="1" w:styleId="CF62AE1629A24B54BD92BB52601864BE1">
    <w:name w:val="CF62AE1629A24B54BD92BB52601864BE1"/>
    <w:rsid w:val="0029274A"/>
    <w:pPr>
      <w:spacing w:after="200" w:line="276" w:lineRule="auto"/>
    </w:pPr>
    <w:rPr>
      <w:lang w:val="en-US" w:eastAsia="en-US"/>
    </w:rPr>
  </w:style>
  <w:style w:type="paragraph" w:customStyle="1" w:styleId="F34C9DBD8615488DB137B8DB8E803F4A1">
    <w:name w:val="F34C9DBD8615488DB137B8DB8E803F4A1"/>
    <w:rsid w:val="0029274A"/>
    <w:pPr>
      <w:spacing w:after="200" w:line="276" w:lineRule="auto"/>
    </w:pPr>
    <w:rPr>
      <w:lang w:val="en-US" w:eastAsia="en-US"/>
    </w:rPr>
  </w:style>
  <w:style w:type="paragraph" w:customStyle="1" w:styleId="18F311D6F125482DBD56502D9DE899C21">
    <w:name w:val="18F311D6F125482DBD56502D9DE899C21"/>
    <w:rsid w:val="0029274A"/>
    <w:pPr>
      <w:spacing w:after="200" w:line="276" w:lineRule="auto"/>
    </w:pPr>
    <w:rPr>
      <w:lang w:val="en-US" w:eastAsia="en-US"/>
    </w:rPr>
  </w:style>
  <w:style w:type="paragraph" w:customStyle="1" w:styleId="2A9E5C74D42342FB9E0D36822B18E9EB1">
    <w:name w:val="2A9E5C74D42342FB9E0D36822B18E9EB1"/>
    <w:rsid w:val="0029274A"/>
    <w:pPr>
      <w:spacing w:after="200" w:line="276" w:lineRule="auto"/>
    </w:pPr>
    <w:rPr>
      <w:lang w:val="en-US" w:eastAsia="en-US"/>
    </w:rPr>
  </w:style>
  <w:style w:type="paragraph" w:customStyle="1" w:styleId="7AC4FB1D7C9A4EF799CC28EB2D147DD9">
    <w:name w:val="7AC4FB1D7C9A4EF799CC28EB2D147DD9"/>
    <w:rsid w:val="0029274A"/>
    <w:pPr>
      <w:spacing w:after="200" w:line="276" w:lineRule="auto"/>
    </w:pPr>
    <w:rPr>
      <w:lang w:val="en-US" w:eastAsia="en-US"/>
    </w:rPr>
  </w:style>
  <w:style w:type="paragraph" w:customStyle="1" w:styleId="00D1D5B8DD9C4836A30EB0C5DE2CDA9B1">
    <w:name w:val="00D1D5B8DD9C4836A30EB0C5DE2CDA9B1"/>
    <w:rsid w:val="0029274A"/>
    <w:pPr>
      <w:spacing w:after="200" w:line="276" w:lineRule="auto"/>
    </w:pPr>
    <w:rPr>
      <w:lang w:val="en-US" w:eastAsia="en-US"/>
    </w:rPr>
  </w:style>
  <w:style w:type="paragraph" w:customStyle="1" w:styleId="0CA8AF60B6ED4C3DA83349B715E8F714">
    <w:name w:val="0CA8AF60B6ED4C3DA83349B715E8F714"/>
    <w:rsid w:val="0029274A"/>
    <w:pPr>
      <w:spacing w:after="200" w:line="276" w:lineRule="auto"/>
    </w:pPr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A52D78C-DF48-4C5E-ABBA-C8D0F0C41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306</Words>
  <Characters>1658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1961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Clerenice Niederle</cp:lastModifiedBy>
  <cp:revision>9</cp:revision>
  <cp:lastPrinted>2026-03-26T14:44:00Z</cp:lastPrinted>
  <dcterms:created xsi:type="dcterms:W3CDTF">2026-03-26T14:45:00Z</dcterms:created>
  <dcterms:modified xsi:type="dcterms:W3CDTF">2026-03-27T13:21:00Z</dcterms:modified>
  <cp:category/>
</cp:coreProperties>
</file>